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0843" w14:textId="77777777" w:rsidR="0018314D" w:rsidRDefault="00612FFB">
      <w:pPr>
        <w:jc w:val="center"/>
      </w:pPr>
      <w:r>
        <w:rPr>
          <w:noProof/>
        </w:rPr>
        <w:drawing>
          <wp:inline distT="0" distB="0" distL="0" distR="0" wp14:anchorId="2CFEF3AD" wp14:editId="3F19EE3A">
            <wp:extent cx="2629539" cy="193872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9539" cy="193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CB21" w14:textId="77777777" w:rsidR="0018314D" w:rsidRDefault="00612FFB">
      <w:pPr>
        <w:jc w:val="center"/>
      </w:pPr>
      <w:r>
        <w:rPr>
          <w:b/>
          <w:color w:val="283B8F"/>
          <w:sz w:val="60"/>
        </w:rPr>
        <w:t>WELCOME TO THE</w:t>
      </w:r>
      <w:r>
        <w:rPr>
          <w:b/>
          <w:color w:val="283B8F"/>
          <w:sz w:val="60"/>
        </w:rPr>
        <w:br/>
        <w:t>VAULTING COMMUNITY</w:t>
      </w:r>
    </w:p>
    <w:p w14:paraId="2ECA9432" w14:textId="77777777" w:rsidR="0018314D" w:rsidRDefault="00612FFB">
      <w:pPr>
        <w:jc w:val="center"/>
      </w:pPr>
      <w:r>
        <w:rPr>
          <w:color w:val="D72C37"/>
          <w:sz w:val="26"/>
        </w:rPr>
        <w:t>A starter guide for new British Equestrian Vaulting clubs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32941AE7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E7C5A9" w14:textId="77777777" w:rsidR="0018314D" w:rsidRDefault="00612FFB">
            <w:r>
              <w:rPr>
                <w:b/>
                <w:color w:val="283B8F"/>
                <w:sz w:val="21"/>
              </w:rPr>
              <w:t>START SMALL</w:t>
            </w:r>
          </w:p>
          <w:p w14:paraId="72348105" w14:textId="77777777" w:rsidR="0018314D" w:rsidRDefault="00612FFB">
            <w:pPr>
              <w:rPr>
                <w:sz w:val="19"/>
              </w:rPr>
            </w:pPr>
            <w:r>
              <w:rPr>
                <w:sz w:val="19"/>
              </w:rPr>
              <w:t>You don't need everything on day one. Start with the right people, a suitable horse, a safe environment and a willingness to learn.</w:t>
            </w:r>
          </w:p>
          <w:p w14:paraId="3773AF01" w14:textId="77777777" w:rsidR="005F61E2" w:rsidRDefault="005F61E2">
            <w:pPr>
              <w:rPr>
                <w:sz w:val="19"/>
              </w:rPr>
            </w:pPr>
          </w:p>
          <w:p w14:paraId="7B06BB7F" w14:textId="0E80BA28" w:rsidR="005F61E2" w:rsidRDefault="005F61E2" w:rsidP="005F61E2">
            <w:pPr>
              <w:jc w:val="center"/>
              <w:rPr>
                <w:sz w:val="19"/>
              </w:rPr>
            </w:pPr>
            <w:r>
              <w:rPr>
                <w:sz w:val="19"/>
              </w:rPr>
              <w:t>For any help you may need on your journey.</w:t>
            </w:r>
          </w:p>
          <w:p w14:paraId="49A114AB" w14:textId="787C4684" w:rsidR="005F61E2" w:rsidRDefault="005F61E2" w:rsidP="005F61E2">
            <w:pPr>
              <w:jc w:val="center"/>
            </w:pPr>
            <w:r w:rsidRPr="005F61E2">
              <w:rPr>
                <w:b/>
                <w:bCs/>
              </w:rPr>
              <w:t>Regional Representatives</w:t>
            </w:r>
          </w:p>
          <w:p w14:paraId="24344417" w14:textId="792A066C" w:rsidR="005F61E2" w:rsidRDefault="005F61E2" w:rsidP="005F61E2">
            <w:pPr>
              <w:jc w:val="center"/>
            </w:pPr>
            <w:r>
              <w:t xml:space="preserve">Scotland- Kirsty Campbell </w:t>
            </w:r>
            <w:hyperlink r:id="rId9" w:history="1">
              <w:r w:rsidRPr="002402D5">
                <w:rPr>
                  <w:rStyle w:val="Hyperlink"/>
                </w:rPr>
                <w:t>-Info@ridersofthestorm.co.uk</w:t>
              </w:r>
            </w:hyperlink>
          </w:p>
          <w:p w14:paraId="7F60B99D" w14:textId="3E94ACDF" w:rsidR="005F61E2" w:rsidRDefault="005F61E2" w:rsidP="005F61E2">
            <w:pPr>
              <w:jc w:val="center"/>
            </w:pPr>
            <w:r>
              <w:t>England- Suzi Cusick</w:t>
            </w:r>
            <w:hyperlink r:id="rId10" w:history="1">
              <w:r w:rsidRPr="002402D5">
                <w:rPr>
                  <w:rStyle w:val="Hyperlink"/>
                </w:rPr>
                <w:t xml:space="preserve">  -sd_shortland@hotmail.com</w:t>
              </w:r>
            </w:hyperlink>
          </w:p>
          <w:p w14:paraId="7596BB15" w14:textId="66B80836" w:rsidR="005F61E2" w:rsidRDefault="005F61E2" w:rsidP="005F61E2">
            <w:pPr>
              <w:jc w:val="center"/>
            </w:pPr>
            <w:r>
              <w:t xml:space="preserve">Wales- Chris Rogers - </w:t>
            </w:r>
            <w:hyperlink r:id="rId11" w:history="1">
              <w:r w:rsidRPr="002402D5">
                <w:rPr>
                  <w:rStyle w:val="Hyperlink"/>
                </w:rPr>
                <w:t>talygarnvaulters11@gmail.com</w:t>
              </w:r>
            </w:hyperlink>
          </w:p>
        </w:tc>
      </w:tr>
    </w:tbl>
    <w:p w14:paraId="76D8D693" w14:textId="77777777" w:rsidR="0018314D" w:rsidRDefault="0018314D"/>
    <w:p w14:paraId="77ACAA41" w14:textId="77777777" w:rsidR="0018314D" w:rsidRDefault="00612FFB">
      <w:pPr>
        <w:jc w:val="center"/>
      </w:pPr>
      <w:r>
        <w:rPr>
          <w:b/>
        </w:rPr>
        <w:t>Start small  •  Ask questions  •  Get help  •  Build from there</w:t>
      </w:r>
    </w:p>
    <w:p w14:paraId="360C6C56" w14:textId="77777777" w:rsidR="0018314D" w:rsidRDefault="00612FFB">
      <w:r>
        <w:br w:type="page"/>
      </w:r>
    </w:p>
    <w:p w14:paraId="15A4E84D" w14:textId="77777777" w:rsidR="0018314D" w:rsidRDefault="00612FFB">
      <w:pPr>
        <w:jc w:val="right"/>
      </w:pPr>
      <w:r>
        <w:rPr>
          <w:noProof/>
        </w:rPr>
        <w:lastRenderedPageBreak/>
        <w:drawing>
          <wp:inline distT="0" distB="0" distL="0" distR="0" wp14:anchorId="32D8CE8C" wp14:editId="2753AFC9">
            <wp:extent cx="1417320" cy="1044973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08944" w14:textId="77777777" w:rsidR="0018314D" w:rsidRDefault="00612FFB">
      <w:r>
        <w:rPr>
          <w:b/>
          <w:color w:val="283B8F"/>
          <w:sz w:val="48"/>
        </w:rPr>
        <w:t>Welcome to British Equestrian Vaulting</w:t>
      </w:r>
    </w:p>
    <w:p w14:paraId="624EF7DA" w14:textId="77777777" w:rsidR="0018314D" w:rsidRDefault="00612FFB">
      <w:r>
        <w:rPr>
          <w:i/>
          <w:color w:val="666666"/>
        </w:rPr>
        <w:t>Your first steps into the vaulting community</w:t>
      </w:r>
    </w:p>
    <w:p w14:paraId="0A8753AB" w14:textId="77777777" w:rsidR="0018314D" w:rsidRDefault="00612FFB">
      <w:pPr>
        <w:spacing w:after="100"/>
      </w:pPr>
      <w:r>
        <w:rPr>
          <w:color w:val="252525"/>
          <w:sz w:val="20"/>
        </w:rPr>
        <w:t>Dear New Vaulting Club,</w:t>
      </w:r>
    </w:p>
    <w:p w14:paraId="04A18910" w14:textId="77777777" w:rsidR="0018314D" w:rsidRDefault="00612FFB">
      <w:pPr>
        <w:spacing w:after="100"/>
      </w:pPr>
      <w:r>
        <w:rPr>
          <w:color w:val="252525"/>
          <w:sz w:val="20"/>
        </w:rPr>
        <w:t>A very warm welcome to British Equestrian Vaulting! We are delighted that you are interested in starting a vaulting club and joining our growing community.</w:t>
      </w:r>
    </w:p>
    <w:p w14:paraId="4413D84B" w14:textId="4364956B" w:rsidR="0018314D" w:rsidRDefault="00612FFB">
      <w:pPr>
        <w:spacing w:after="100"/>
      </w:pPr>
      <w:r>
        <w:rPr>
          <w:color w:val="252525"/>
          <w:sz w:val="20"/>
        </w:rPr>
        <w:t xml:space="preserve">Vaulting combines gymnastics, teamwork, movement and horsemanship. </w:t>
      </w:r>
      <w:r w:rsidR="005F61E2">
        <w:rPr>
          <w:color w:val="252525"/>
          <w:sz w:val="20"/>
        </w:rPr>
        <w:t xml:space="preserve">Best </w:t>
      </w:r>
      <w:r>
        <w:rPr>
          <w:color w:val="252525"/>
          <w:sz w:val="20"/>
        </w:rPr>
        <w:t>describe</w:t>
      </w:r>
      <w:r w:rsidR="00B15BBB">
        <w:rPr>
          <w:color w:val="252525"/>
          <w:sz w:val="20"/>
        </w:rPr>
        <w:t>d</w:t>
      </w:r>
      <w:r>
        <w:rPr>
          <w:color w:val="252525"/>
          <w:sz w:val="20"/>
        </w:rPr>
        <w:t xml:space="preserve"> as “gymnastics on a moving horse”, with the horse working on a 15-metre circle under the control of a lunger.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575F52D3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5D98E7" w14:textId="77777777" w:rsidR="0018314D" w:rsidRDefault="00612FFB">
            <w:r>
              <w:rPr>
                <w:b/>
                <w:color w:val="283B8F"/>
                <w:sz w:val="21"/>
              </w:rPr>
              <w:t>A NEW CLUB DOES NOT HAVE TO BE PERFECT</w:t>
            </w:r>
          </w:p>
          <w:p w14:paraId="49BF9FB9" w14:textId="77777777" w:rsidR="0018314D" w:rsidRDefault="00612FFB">
            <w:r>
              <w:rPr>
                <w:sz w:val="19"/>
              </w:rPr>
              <w:t>If you have an idea, a suitable horse, a group of enthusiastic people or simply a desire to give vaulting a try, get in touch. Develop safely and progressively.</w:t>
            </w:r>
          </w:p>
        </w:tc>
      </w:tr>
    </w:tbl>
    <w:p w14:paraId="7EF94197" w14:textId="77777777" w:rsidR="0018314D" w:rsidRDefault="0018314D"/>
    <w:p w14:paraId="1B49F55F" w14:textId="6FAC4F6F" w:rsidR="0018314D" w:rsidRDefault="00612FFB">
      <w:r>
        <w:rPr>
          <w:b/>
          <w:color w:val="283B8F"/>
          <w:sz w:val="48"/>
        </w:rPr>
        <w:t>So, you want to start a vaulting club?</w:t>
      </w:r>
    </w:p>
    <w:p w14:paraId="7F570511" w14:textId="77777777" w:rsidR="0018314D" w:rsidRDefault="00612FFB">
      <w:r>
        <w:rPr>
          <w:i/>
          <w:color w:val="666666"/>
        </w:rPr>
        <w:t>Think about four foundations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8314D" w14:paraId="746F868E" w14:textId="77777777">
        <w:trPr>
          <w:jc w:val="center"/>
        </w:trPr>
        <w:tc>
          <w:tcPr>
            <w:tcW w:w="5184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6A48EC" w14:textId="77777777" w:rsidR="0018314D" w:rsidRDefault="00612FFB">
            <w:r>
              <w:rPr>
                <w:b/>
                <w:color w:val="283B8F"/>
                <w:sz w:val="24"/>
              </w:rPr>
              <w:t>01 PEOPLE</w:t>
            </w:r>
          </w:p>
          <w:p w14:paraId="307C675E" w14:textId="77777777" w:rsidR="0018314D" w:rsidRDefault="00612FFB">
            <w:r>
              <w:rPr>
                <w:sz w:val="18"/>
              </w:rPr>
              <w:t>Coach • lunger • helpers • vaulters • safeguarding • first aid • administration</w:t>
            </w:r>
          </w:p>
        </w:tc>
        <w:tc>
          <w:tcPr>
            <w:tcW w:w="5184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964EA0" w14:textId="77777777" w:rsidR="0018314D" w:rsidRDefault="00612FFB">
            <w:r>
              <w:rPr>
                <w:b/>
                <w:color w:val="283B8F"/>
                <w:sz w:val="24"/>
              </w:rPr>
              <w:t>02 HORSE</w:t>
            </w:r>
          </w:p>
          <w:p w14:paraId="345322EC" w14:textId="77777777" w:rsidR="0018314D" w:rsidRDefault="00612FFB">
            <w:r>
              <w:rPr>
                <w:sz w:val="18"/>
              </w:rPr>
              <w:t>A suitable, calm, well-prepared horse whose welfare comes first</w:t>
            </w:r>
          </w:p>
        </w:tc>
      </w:tr>
      <w:tr w:rsidR="0018314D" w14:paraId="3B51FCF1" w14:textId="77777777">
        <w:trPr>
          <w:jc w:val="center"/>
        </w:trPr>
        <w:tc>
          <w:tcPr>
            <w:tcW w:w="5184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89F915" w14:textId="77777777" w:rsidR="0018314D" w:rsidRDefault="00612FFB">
            <w:r>
              <w:rPr>
                <w:b/>
                <w:color w:val="283B8F"/>
                <w:sz w:val="24"/>
              </w:rPr>
              <w:t>03 VENUE</w:t>
            </w:r>
          </w:p>
          <w:p w14:paraId="49259270" w14:textId="77777777" w:rsidR="0018314D" w:rsidRDefault="00612FFB">
            <w:r>
              <w:rPr>
                <w:sz w:val="18"/>
              </w:rPr>
              <w:t>Safe arena/space • footing • mounting area • warm-up/gymnastics space</w:t>
            </w:r>
          </w:p>
        </w:tc>
        <w:tc>
          <w:tcPr>
            <w:tcW w:w="5184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6FBD9C" w14:textId="77777777" w:rsidR="0018314D" w:rsidRDefault="00612FFB">
            <w:r>
              <w:rPr>
                <w:b/>
                <w:color w:val="283B8F"/>
                <w:sz w:val="24"/>
              </w:rPr>
              <w:t>04 EQUIPMENT</w:t>
            </w:r>
          </w:p>
          <w:p w14:paraId="76C9EB3A" w14:textId="77777777" w:rsidR="0018314D" w:rsidRDefault="00612FFB">
            <w:r>
              <w:rPr>
                <w:sz w:val="18"/>
              </w:rPr>
              <w:t>Start with essentials and build your kit as the club develops</w:t>
            </w:r>
          </w:p>
        </w:tc>
      </w:tr>
    </w:tbl>
    <w:p w14:paraId="5E8D29EA" w14:textId="77777777" w:rsidR="0018314D" w:rsidRDefault="00612FFB">
      <w:r>
        <w:br w:type="page"/>
      </w:r>
    </w:p>
    <w:p w14:paraId="688DD28B" w14:textId="77777777" w:rsidR="0018314D" w:rsidRDefault="00612FFB">
      <w:pPr>
        <w:jc w:val="right"/>
      </w:pPr>
      <w:r>
        <w:rPr>
          <w:noProof/>
        </w:rPr>
        <w:lastRenderedPageBreak/>
        <w:drawing>
          <wp:inline distT="0" distB="0" distL="0" distR="0" wp14:anchorId="43066EAE" wp14:editId="7679ADBC">
            <wp:extent cx="1417320" cy="1044973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304DA" w14:textId="77777777" w:rsidR="0018314D" w:rsidRDefault="00612FFB">
      <w:r>
        <w:rPr>
          <w:b/>
          <w:color w:val="283B8F"/>
          <w:sz w:val="48"/>
        </w:rPr>
        <w:t>Your people</w:t>
      </w:r>
    </w:p>
    <w:p w14:paraId="716DD750" w14:textId="77777777" w:rsidR="0018314D" w:rsidRDefault="00612FFB">
      <w:r>
        <w:rPr>
          <w:i/>
          <w:color w:val="666666"/>
        </w:rPr>
        <w:t>Build the right team around the horse and vaulters</w:t>
      </w:r>
    </w:p>
    <w:p w14:paraId="38F99724" w14:textId="77777777" w:rsidR="0018314D" w:rsidRDefault="00612FFB">
      <w:pPr>
        <w:spacing w:after="100"/>
      </w:pPr>
      <w:r>
        <w:rPr>
          <w:color w:val="252525"/>
          <w:sz w:val="20"/>
        </w:rPr>
        <w:t>A new club should have access to appropriately qualified or experienced vaulting coaching. Vaulting has specialist skills beyond general equestrian coaching.</w:t>
      </w:r>
    </w:p>
    <w:p w14:paraId="5A282588" w14:textId="77777777" w:rsidR="0018314D" w:rsidRDefault="00612FFB">
      <w:pPr>
        <w:pStyle w:val="ListBullet"/>
        <w:spacing w:after="40"/>
      </w:pPr>
      <w:r>
        <w:rPr>
          <w:sz w:val="19"/>
        </w:rPr>
        <w:t>Vaulting coach / technical lead</w:t>
      </w:r>
    </w:p>
    <w:p w14:paraId="5134A9FF" w14:textId="77777777" w:rsidR="0018314D" w:rsidRDefault="00612FFB">
      <w:pPr>
        <w:pStyle w:val="ListBullet"/>
        <w:spacing w:after="40"/>
      </w:pPr>
      <w:r>
        <w:rPr>
          <w:sz w:val="19"/>
        </w:rPr>
        <w:t>Competent lunger</w:t>
      </w:r>
    </w:p>
    <w:p w14:paraId="6C6A8270" w14:textId="77777777" w:rsidR="0018314D" w:rsidRDefault="00612FFB">
      <w:pPr>
        <w:pStyle w:val="ListBullet"/>
        <w:spacing w:after="40"/>
      </w:pPr>
      <w:r>
        <w:rPr>
          <w:sz w:val="19"/>
        </w:rPr>
        <w:t>Helpers and volunteers</w:t>
      </w:r>
    </w:p>
    <w:p w14:paraId="4D1AE49E" w14:textId="77777777" w:rsidR="0018314D" w:rsidRDefault="00612FFB">
      <w:pPr>
        <w:pStyle w:val="ListBullet"/>
        <w:spacing w:after="40"/>
      </w:pPr>
      <w:r>
        <w:rPr>
          <w:sz w:val="19"/>
        </w:rPr>
        <w:t>Vaulters and group organisation</w:t>
      </w:r>
    </w:p>
    <w:p w14:paraId="1BC16AD3" w14:textId="77777777" w:rsidR="0018314D" w:rsidRDefault="00612FFB">
      <w:pPr>
        <w:pStyle w:val="ListBullet"/>
        <w:spacing w:after="40"/>
      </w:pPr>
      <w:r>
        <w:rPr>
          <w:sz w:val="19"/>
        </w:rPr>
        <w:t>Safeguarding arrangements</w:t>
      </w:r>
    </w:p>
    <w:p w14:paraId="662BE9EE" w14:textId="77777777" w:rsidR="0018314D" w:rsidRDefault="00612FFB">
      <w:pPr>
        <w:pStyle w:val="ListBullet"/>
        <w:spacing w:after="40"/>
      </w:pPr>
      <w:r>
        <w:rPr>
          <w:sz w:val="19"/>
        </w:rPr>
        <w:t>First-aid provision</w:t>
      </w:r>
    </w:p>
    <w:p w14:paraId="3DBA4207" w14:textId="0FDF4A2D" w:rsidR="0018314D" w:rsidRDefault="00612FFB">
      <w:pPr>
        <w:pStyle w:val="ListBullet"/>
        <w:spacing w:after="40"/>
      </w:pPr>
      <w:r>
        <w:rPr>
          <w:sz w:val="19"/>
        </w:rPr>
        <w:t>Club administration</w:t>
      </w:r>
      <w:r>
        <w:rPr>
          <w:sz w:val="19"/>
        </w:rPr>
        <w:br/>
      </w:r>
      <w:r>
        <w:rPr>
          <w:sz w:val="19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61EA9504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83D5F8" w14:textId="77777777" w:rsidR="0018314D" w:rsidRDefault="00612FFB">
            <w:r>
              <w:rPr>
                <w:b/>
                <w:color w:val="283B8F"/>
                <w:sz w:val="21"/>
              </w:rPr>
              <w:t>NO VAULTING COACH YET?</w:t>
            </w:r>
          </w:p>
          <w:p w14:paraId="6BB10189" w14:textId="4A324115" w:rsidR="00802C20" w:rsidRDefault="00802C20">
            <w:pPr>
              <w:rPr>
                <w:sz w:val="19"/>
              </w:rPr>
            </w:pPr>
            <w:r w:rsidRPr="00802C20">
              <w:rPr>
                <w:sz w:val="19"/>
              </w:rPr>
              <w:t>BEV offers an accessible route for members to become involved in all aspects of coaching. A</w:t>
            </w:r>
            <w:r w:rsidR="00B15BBB">
              <w:rPr>
                <w:sz w:val="19"/>
              </w:rPr>
              <w:t xml:space="preserve"> Full</w:t>
            </w:r>
            <w:r w:rsidRPr="00802C20">
              <w:rPr>
                <w:sz w:val="19"/>
              </w:rPr>
              <w:t xml:space="preserve"> Level 2 coach </w:t>
            </w:r>
            <w:r w:rsidR="00B15BBB">
              <w:rPr>
                <w:sz w:val="19"/>
              </w:rPr>
              <w:t xml:space="preserve">(Vaulting and Lunging) </w:t>
            </w:r>
            <w:r w:rsidRPr="00802C20">
              <w:rPr>
                <w:sz w:val="19"/>
              </w:rPr>
              <w:t xml:space="preserve">is required by BEV to be present and be </w:t>
            </w:r>
            <w:r w:rsidR="00B15BBB">
              <w:rPr>
                <w:sz w:val="19"/>
              </w:rPr>
              <w:t xml:space="preserve">the </w:t>
            </w:r>
            <w:r w:rsidRPr="00802C20">
              <w:rPr>
                <w:sz w:val="19"/>
              </w:rPr>
              <w:t>coach in charge at all vaulting sessions where a horse is present. A Level 2 Vaulting Coach may join with a Level 2 Lunger to operate a session.</w:t>
            </w:r>
          </w:p>
          <w:p w14:paraId="659E7EDA" w14:textId="77777777" w:rsidR="005F61E2" w:rsidRDefault="005F61E2" w:rsidP="005F61E2">
            <w:r>
              <w:t>QUALIFICATION REQUIREMENTS OUTLINE</w:t>
            </w:r>
          </w:p>
          <w:p w14:paraId="0FC010E9" w14:textId="0AE0B3C3" w:rsidR="005F61E2" w:rsidRDefault="005F61E2" w:rsidP="005F61E2">
            <w:r>
              <w:t xml:space="preserve">VAULTING LEVEL 2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 xml:space="preserve">To be assessed by a Level 3 Coach) </w:t>
            </w:r>
          </w:p>
          <w:p w14:paraId="71374004" w14:textId="22152B5F" w:rsidR="005F61E2" w:rsidRDefault="005F61E2" w:rsidP="005F61E2">
            <w:r>
              <w:t>1. Age 18+</w:t>
            </w:r>
            <w:r>
              <w:br/>
              <w:t>2. Full BEV member</w:t>
            </w:r>
            <w:r>
              <w:br/>
              <w:t>3. Full Disclosure/PVG check</w:t>
            </w:r>
            <w:r>
              <w:br/>
              <w:t>4. Valid safeguarding course (within last 3 years)</w:t>
            </w:r>
            <w:r>
              <w:br/>
              <w:t>5. Valid First Aid certificate (within last 3 years)</w:t>
            </w:r>
            <w:r>
              <w:br/>
              <w:t>6. Have attained Level 1 or have relevant experience/qualifications</w:t>
            </w:r>
            <w:r>
              <w:br/>
              <w:t>7. Complete a Risk Assessment</w:t>
            </w:r>
            <w:r>
              <w:br/>
              <w:t>8. Complete a session plan</w:t>
            </w:r>
            <w:r>
              <w:br/>
              <w:t xml:space="preserve">9. Attend a BEV or FEI </w:t>
            </w:r>
            <w:proofErr w:type="spellStart"/>
            <w:r>
              <w:t>organised</w:t>
            </w:r>
            <w:proofErr w:type="spellEnd"/>
            <w:r>
              <w:t xml:space="preserve"> CPD event within the last year</w:t>
            </w:r>
            <w:r>
              <w:br/>
              <w:t>10. 20 hours in logbook</w:t>
            </w:r>
          </w:p>
          <w:p w14:paraId="346D7C47" w14:textId="054FF11F" w:rsidR="005F61E2" w:rsidRDefault="00612FFB" w:rsidP="005F61E2">
            <w:r>
              <w:br/>
            </w:r>
            <w:r>
              <w:br/>
            </w:r>
            <w:r>
              <w:br/>
            </w:r>
            <w:r>
              <w:br/>
            </w:r>
            <w:r w:rsidR="005F61E2">
              <w:lastRenderedPageBreak/>
              <w:t xml:space="preserve">OUTLINE OF THE LEVEL 2 VAULTING COACH QUALIFICATION </w:t>
            </w:r>
          </w:p>
          <w:p w14:paraId="2D73A1A9" w14:textId="6291C6F6" w:rsidR="005F61E2" w:rsidRDefault="005F61E2">
            <w:r>
              <w:t>• May run a Club and sessions in partnership with a Level 2 Lunger</w:t>
            </w:r>
            <w:r w:rsidR="00612FFB">
              <w:br/>
            </w:r>
            <w:r>
              <w:t>• Coach BEV and 1* compulsories</w:t>
            </w:r>
            <w:r w:rsidR="00612FFB">
              <w:br/>
            </w:r>
            <w:r>
              <w:t>• Coach Individual and Pas de Deux in canter</w:t>
            </w:r>
            <w:r w:rsidR="00612FFB">
              <w:br/>
            </w:r>
            <w:r>
              <w:t>• Have a working knowledge of all levels of compulsories including 2* and 3*</w:t>
            </w:r>
            <w:r w:rsidR="00612FFB">
              <w:br/>
            </w:r>
            <w:r>
              <w:t>• Have a basic knowledge of judging and score sheets.</w:t>
            </w:r>
            <w:r w:rsidR="00612FFB">
              <w:br/>
            </w:r>
            <w:r>
              <w:t>• Be aware of safe practice around horses</w:t>
            </w:r>
            <w:r w:rsidR="00612FFB">
              <w:br/>
            </w:r>
            <w:r>
              <w:t>• Have read the BEV Rules</w:t>
            </w:r>
            <w:r w:rsidR="00612FFB">
              <w:br/>
            </w:r>
            <w:r>
              <w:t>• Prove knowledge of FEI Rules, Guidelines and Code of Practice</w:t>
            </w:r>
            <w:r w:rsidR="00612FFB">
              <w:br/>
            </w:r>
            <w:r>
              <w:t>• Competition etiquette</w:t>
            </w:r>
          </w:p>
          <w:p w14:paraId="3879C7B4" w14:textId="77777777" w:rsidR="005F61E2" w:rsidRDefault="005F61E2" w:rsidP="005F61E2"/>
          <w:p w14:paraId="7D5AB313" w14:textId="23F2E64C" w:rsidR="005F61E2" w:rsidRDefault="005F61E2" w:rsidP="005F61E2">
            <w:r>
              <w:t>QUALIFICATION REQUIREMENTS OUTLINE</w:t>
            </w:r>
          </w:p>
          <w:p w14:paraId="3A51F2F4" w14:textId="316E5DFE" w:rsidR="005F61E2" w:rsidRDefault="005F61E2" w:rsidP="005F61E2">
            <w:r>
              <w:t xml:space="preserve">LUNGING LEVEL 2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To be assessed by a Level 3 Coach)</w:t>
            </w:r>
          </w:p>
          <w:p w14:paraId="50619AD2" w14:textId="06FDA7B3" w:rsidR="005F61E2" w:rsidRDefault="005F61E2" w:rsidP="005F61E2">
            <w:r>
              <w:t>1. Age 18+yrs</w:t>
            </w:r>
            <w:r>
              <w:br/>
              <w:t xml:space="preserve">2. Full BEV member or BHS Gold membership (provide liability insurance </w:t>
            </w:r>
            <w:proofErr w:type="gramStart"/>
            <w:r>
              <w:t>for roles with</w:t>
            </w:r>
            <w:proofErr w:type="gramEnd"/>
            <w:r>
              <w:t xml:space="preserve"> horses)</w:t>
            </w:r>
            <w:r>
              <w:br/>
              <w:t>3. Full Disclosure/PVG check</w:t>
            </w:r>
            <w:r>
              <w:br/>
              <w:t>4. Safeguarding course (advised but not required)</w:t>
            </w:r>
            <w:r>
              <w:br/>
              <w:t>5. Valid First Aid certificate (within last 3 years)</w:t>
            </w:r>
            <w:r>
              <w:br/>
              <w:t>6. Completed Risk Assessment</w:t>
            </w:r>
            <w:r>
              <w:br/>
              <w:t xml:space="preserve">7. Proof of having lunged canter classes at two National competitions (required to </w:t>
            </w:r>
            <w:proofErr w:type="spellStart"/>
            <w:r>
              <w:t>attain+C</w:t>
            </w:r>
            <w:proofErr w:type="spellEnd"/>
            <w:r>
              <w:t>)</w:t>
            </w:r>
            <w:r>
              <w:br/>
              <w:t>Required (by BEV) if lunging at a CVI, World or European Championships</w:t>
            </w:r>
          </w:p>
          <w:p w14:paraId="7148EB30" w14:textId="49EF76CA" w:rsidR="005F61E2" w:rsidRDefault="005F61E2" w:rsidP="005F61E2">
            <w:r>
              <w:t xml:space="preserve">OUTLINE OF THE LEVEL 2 LUNGING QUALIFICATION </w:t>
            </w:r>
          </w:p>
          <w:p w14:paraId="73F97603" w14:textId="66E1ED3A" w:rsidR="005F61E2" w:rsidRDefault="005F61E2">
            <w:r>
              <w:t>• May run a club or sessions in partnership with a level 2 Vaulting</w:t>
            </w:r>
            <w:r>
              <w:br/>
              <w:t>• Competent to lunge for a club without supervision</w:t>
            </w:r>
            <w:r>
              <w:br/>
              <w:t>• Must be able to train a horse for vaulting</w:t>
            </w:r>
            <w:r>
              <w:br/>
              <w:t>• Knowledge of travelling horses</w:t>
            </w:r>
            <w:r>
              <w:br/>
              <w:t>• Able to lunge Individuals and Pas de Deux in canter at all levels</w:t>
            </w:r>
            <w:r>
              <w:br/>
              <w:t>• Safe practice when lunging in the company of other horses</w:t>
            </w:r>
            <w:r>
              <w:br/>
              <w:t>• Competent in Horse welfare and care</w:t>
            </w:r>
            <w:r>
              <w:br/>
              <w:t>• Capable of lunging all classes at National Competitions</w:t>
            </w:r>
            <w:r>
              <w:br/>
              <w:t>• Competition etiquette</w:t>
            </w:r>
          </w:p>
          <w:p w14:paraId="35B45340" w14:textId="6BDBF87F" w:rsidR="005F61E2" w:rsidRDefault="005F61E2">
            <w:r>
              <w:t xml:space="preserve">Please contact your regional rep to find a Level 3 coach who would be able to access you. </w:t>
            </w:r>
          </w:p>
        </w:tc>
      </w:tr>
    </w:tbl>
    <w:p w14:paraId="7F63A153" w14:textId="77777777" w:rsidR="0018314D" w:rsidRDefault="0018314D"/>
    <w:p w14:paraId="2C30FC6B" w14:textId="77777777" w:rsidR="0018314D" w:rsidRDefault="00612FFB">
      <w:r>
        <w:br w:type="page"/>
      </w:r>
    </w:p>
    <w:p w14:paraId="6E5053BC" w14:textId="77777777" w:rsidR="0018314D" w:rsidRDefault="00612FFB">
      <w:pPr>
        <w:jc w:val="right"/>
      </w:pPr>
      <w:r>
        <w:rPr>
          <w:noProof/>
        </w:rPr>
        <w:lastRenderedPageBreak/>
        <w:drawing>
          <wp:inline distT="0" distB="0" distL="0" distR="0" wp14:anchorId="738A844F" wp14:editId="50B7DAE3">
            <wp:extent cx="1417320" cy="1044973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93C59" w14:textId="77777777" w:rsidR="0018314D" w:rsidRDefault="00612FFB">
      <w:r>
        <w:rPr>
          <w:b/>
          <w:color w:val="283B8F"/>
          <w:sz w:val="48"/>
        </w:rPr>
        <w:t>Finding your vaulting horse</w:t>
      </w:r>
    </w:p>
    <w:p w14:paraId="697CEF48" w14:textId="77777777" w:rsidR="0018314D" w:rsidRDefault="00612FFB">
      <w:r>
        <w:rPr>
          <w:i/>
          <w:color w:val="666666"/>
        </w:rPr>
        <w:t>The horse is at the heart of the sport</w:t>
      </w:r>
    </w:p>
    <w:p w14:paraId="78F48BE6" w14:textId="752E2DD2" w:rsidR="0018314D" w:rsidRDefault="0018314D"/>
    <w:p w14:paraId="58A7E23A" w14:textId="77777777" w:rsidR="0018314D" w:rsidRDefault="00612FFB">
      <w:pPr>
        <w:spacing w:after="100"/>
      </w:pPr>
      <w:r>
        <w:rPr>
          <w:color w:val="252525"/>
          <w:sz w:val="20"/>
        </w:rPr>
        <w:t>Not every horse is suitable for vaulting. A potential horse should be assessed carefully, ideally with an experienced vaulting coach.</w:t>
      </w:r>
    </w:p>
    <w:p w14:paraId="3B9EA5A9" w14:textId="4FF8A78B" w:rsidR="0018314D" w:rsidRDefault="00612FFB">
      <w:pPr>
        <w:pStyle w:val="ListBullet"/>
        <w:spacing w:after="40"/>
      </w:pPr>
      <w:r>
        <w:rPr>
          <w:sz w:val="19"/>
        </w:rPr>
        <w:t>Calm, patient and predictable temperament</w:t>
      </w:r>
      <w:r w:rsidR="00802C20">
        <w:rPr>
          <w:sz w:val="19"/>
        </w:rPr>
        <w:t xml:space="preserve"> is the most important</w:t>
      </w:r>
    </w:p>
    <w:p w14:paraId="50460F06" w14:textId="77777777" w:rsidR="0018314D" w:rsidRDefault="00612FFB">
      <w:pPr>
        <w:pStyle w:val="ListBullet"/>
        <w:spacing w:after="40"/>
      </w:pPr>
      <w:r>
        <w:rPr>
          <w:sz w:val="19"/>
        </w:rPr>
        <w:t>Comfortable with groups and movement around its body</w:t>
      </w:r>
    </w:p>
    <w:p w14:paraId="2ABB2FB9" w14:textId="4E0481EB" w:rsidR="0018314D" w:rsidRDefault="00802C20">
      <w:pPr>
        <w:pStyle w:val="ListBullet"/>
        <w:spacing w:after="40"/>
      </w:pPr>
      <w:r>
        <w:rPr>
          <w:sz w:val="19"/>
        </w:rPr>
        <w:t>Riding club and RDA horses are a great fit to get a club started</w:t>
      </w:r>
    </w:p>
    <w:p w14:paraId="6A229E2D" w14:textId="6D37C004" w:rsidR="0018314D" w:rsidRDefault="00612FFB">
      <w:pPr>
        <w:pStyle w:val="ListBullet"/>
        <w:spacing w:after="40"/>
      </w:pPr>
      <w:r>
        <w:rPr>
          <w:sz w:val="19"/>
        </w:rPr>
        <w:t>Rhythmic, consistent and appropriate canter</w:t>
      </w:r>
      <w:r w:rsidR="00802C20">
        <w:rPr>
          <w:sz w:val="19"/>
        </w:rPr>
        <w:t xml:space="preserve"> for development vaulting but a great </w:t>
      </w:r>
      <w:proofErr w:type="gramStart"/>
      <w:r w:rsidR="00802C20">
        <w:rPr>
          <w:sz w:val="19"/>
        </w:rPr>
        <w:t>walk</w:t>
      </w:r>
      <w:proofErr w:type="gramEnd"/>
      <w:r w:rsidR="00802C20">
        <w:rPr>
          <w:sz w:val="19"/>
        </w:rPr>
        <w:t xml:space="preserve"> horse is best to get you started.</w:t>
      </w:r>
    </w:p>
    <w:p w14:paraId="23B259C7" w14:textId="64682326" w:rsidR="0018314D" w:rsidRPr="00802C20" w:rsidRDefault="00802C20">
      <w:pPr>
        <w:pStyle w:val="ListBullet"/>
        <w:spacing w:after="40"/>
      </w:pPr>
      <w:r>
        <w:rPr>
          <w:sz w:val="19"/>
        </w:rPr>
        <w:t>Well, healthy and fit to take on a new job</w:t>
      </w:r>
    </w:p>
    <w:p w14:paraId="20DF61DF" w14:textId="37DF5728" w:rsidR="00802C20" w:rsidRPr="00802C20" w:rsidRDefault="00802C20">
      <w:pPr>
        <w:pStyle w:val="ListBullet"/>
        <w:spacing w:after="40"/>
      </w:pPr>
      <w:r>
        <w:rPr>
          <w:sz w:val="19"/>
        </w:rPr>
        <w:t>They don’t need to be massive 17hh plus horses either, good sturdy cobs are great for getting started</w:t>
      </w:r>
    </w:p>
    <w:p w14:paraId="077A55F8" w14:textId="0C6DEF89" w:rsidR="00802C20" w:rsidRDefault="00802C20" w:rsidP="00802C20">
      <w:pPr>
        <w:pStyle w:val="ListBullet"/>
        <w:numPr>
          <w:ilvl w:val="0"/>
          <w:numId w:val="0"/>
        </w:numPr>
        <w:spacing w:after="40"/>
        <w:ind w:left="3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47970CF0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2AF48C" w14:textId="77777777" w:rsidR="0018314D" w:rsidRDefault="00612FFB">
            <w:r>
              <w:rPr>
                <w:b/>
                <w:color w:val="283B8F"/>
                <w:sz w:val="21"/>
              </w:rPr>
              <w:t>TOP TIP</w:t>
            </w:r>
          </w:p>
          <w:p w14:paraId="66F45CC0" w14:textId="69E520B2" w:rsidR="0018314D" w:rsidRDefault="00612FFB">
            <w:r>
              <w:rPr>
                <w:sz w:val="19"/>
              </w:rPr>
              <w:t>Before buying a horse specifically for vaulting, ask an experienced BEV coach to assess it with you.</w:t>
            </w:r>
            <w:r w:rsidR="00802C20">
              <w:rPr>
                <w:sz w:val="19"/>
              </w:rPr>
              <w:t xml:space="preserve"> From time to time there are horses available to loan from other clubs. </w:t>
            </w:r>
          </w:p>
        </w:tc>
      </w:tr>
    </w:tbl>
    <w:p w14:paraId="08D82F34" w14:textId="77777777" w:rsidR="0018314D" w:rsidRDefault="0018314D"/>
    <w:p w14:paraId="68979376" w14:textId="77777777" w:rsidR="0018314D" w:rsidRDefault="00612FFB">
      <w:r>
        <w:br w:type="page"/>
      </w:r>
    </w:p>
    <w:p w14:paraId="1A011134" w14:textId="77777777" w:rsidR="0018314D" w:rsidRDefault="00612FFB">
      <w:pPr>
        <w:jc w:val="right"/>
      </w:pPr>
      <w:r>
        <w:rPr>
          <w:noProof/>
        </w:rPr>
        <w:lastRenderedPageBreak/>
        <w:drawing>
          <wp:inline distT="0" distB="0" distL="0" distR="0" wp14:anchorId="65BE44C8" wp14:editId="4FDC81F4">
            <wp:extent cx="1417320" cy="1044973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DAA9E" w14:textId="77777777" w:rsidR="0018314D" w:rsidRDefault="00612FFB">
      <w:r>
        <w:rPr>
          <w:b/>
          <w:color w:val="283B8F"/>
          <w:sz w:val="48"/>
        </w:rPr>
        <w:t>Equipment starter guide</w:t>
      </w:r>
    </w:p>
    <w:p w14:paraId="5F87481D" w14:textId="77777777" w:rsidR="0018314D" w:rsidRDefault="00612FFB">
      <w:r>
        <w:rPr>
          <w:i/>
          <w:color w:val="666666"/>
        </w:rPr>
        <w:t>Buy the essentials first — then build</w:t>
      </w:r>
    </w:p>
    <w:p w14:paraId="63E65CC5" w14:textId="46E2EA3B" w:rsidR="0018314D" w:rsidRDefault="0018314D">
      <w:pPr>
        <w:rPr>
          <w:noProof/>
        </w:rPr>
      </w:pPr>
    </w:p>
    <w:p w14:paraId="6CD19121" w14:textId="07D5660B" w:rsidR="000B24AC" w:rsidRDefault="00612FFB">
      <w:r>
        <w:t xml:space="preserve">                                        </w:t>
      </w:r>
      <w:r>
        <w:rPr>
          <w:noProof/>
        </w:rPr>
        <w:drawing>
          <wp:inline distT="0" distB="0" distL="0" distR="0" wp14:anchorId="33567077" wp14:editId="6295C0B9">
            <wp:extent cx="3669476" cy="2258384"/>
            <wp:effectExtent l="0" t="0" r="7620" b="8890"/>
            <wp:docPr id="964884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84415" name="Picture 9648844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1062" cy="225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1E269" w14:textId="77777777" w:rsidR="0018314D" w:rsidRDefault="00612FFB">
      <w:pPr>
        <w:spacing w:after="100"/>
      </w:pPr>
      <w:r>
        <w:rPr>
          <w:color w:val="252525"/>
          <w:sz w:val="20"/>
        </w:rPr>
        <w:t>Horse equipment: vaulting surcingle/roller, suitable pad, girth, bridle or lunge cavesson, lunge line, whip and appropriate reins.</w:t>
      </w:r>
    </w:p>
    <w:p w14:paraId="6CD79EBF" w14:textId="77777777" w:rsidR="0018314D" w:rsidRDefault="00612FFB">
      <w:pPr>
        <w:spacing w:after="100"/>
      </w:pPr>
      <w:r>
        <w:rPr>
          <w:color w:val="252525"/>
          <w:sz w:val="20"/>
        </w:rPr>
        <w:t>Vaulter equipment: vaulting shoes, comfortable close-fitting clothing, securely tied hair and appropriate safety equipment.</w:t>
      </w:r>
    </w:p>
    <w:p w14:paraId="26F205F7" w14:textId="0E91A7EA" w:rsidR="0018314D" w:rsidRDefault="00612FFB">
      <w:pPr>
        <w:spacing w:after="100"/>
      </w:pPr>
      <w:r>
        <w:rPr>
          <w:color w:val="252525"/>
          <w:sz w:val="20"/>
        </w:rPr>
        <w:t xml:space="preserve">Ground equipment: </w:t>
      </w:r>
      <w:r w:rsidR="00B15BBB">
        <w:rPr>
          <w:color w:val="252525"/>
          <w:sz w:val="20"/>
        </w:rPr>
        <w:t xml:space="preserve">vaulting barrel, </w:t>
      </w:r>
      <w:r>
        <w:rPr>
          <w:color w:val="252525"/>
          <w:sz w:val="20"/>
        </w:rPr>
        <w:t>mats, gymnastics mats, mounting block, cones, poles, warm-up equipment and first-aid kit.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6D37E090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DBA2E2" w14:textId="77777777" w:rsidR="0018314D" w:rsidRPr="000B24AC" w:rsidRDefault="00612FFB">
            <w:pPr>
              <w:rPr>
                <w:color w:val="4F81BD" w:themeColor="accent1"/>
              </w:rPr>
            </w:pPr>
            <w:r w:rsidRPr="000B24AC">
              <w:rPr>
                <w:b/>
                <w:color w:val="4F81BD" w:themeColor="accent1"/>
                <w:sz w:val="21"/>
              </w:rPr>
              <w:t>CHECK FIRST</w:t>
            </w:r>
          </w:p>
          <w:p w14:paraId="4EAB6487" w14:textId="5DC3A68D" w:rsidR="00802C20" w:rsidRDefault="00612FFB">
            <w:pPr>
              <w:rPr>
                <w:sz w:val="19"/>
              </w:rPr>
            </w:pPr>
            <w:r>
              <w:rPr>
                <w:sz w:val="19"/>
              </w:rPr>
              <w:t>The current 2026 BEV</w:t>
            </w:r>
            <w:r w:rsidR="00802C20">
              <w:rPr>
                <w:sz w:val="19"/>
              </w:rPr>
              <w:t xml:space="preserve"> and FEI</w:t>
            </w:r>
            <w:r>
              <w:rPr>
                <w:sz w:val="19"/>
              </w:rPr>
              <w:t xml:space="preserve"> rules should be checked before buying equipment intended for competition use. </w:t>
            </w:r>
            <w:r w:rsidR="000B24AC">
              <w:rPr>
                <w:sz w:val="19"/>
              </w:rPr>
              <w:br/>
            </w:r>
            <w:r w:rsidR="000B24AC">
              <w:rPr>
                <w:sz w:val="19"/>
              </w:rPr>
              <w:br/>
            </w:r>
            <w:hyperlink r:id="rId13" w:history="1">
              <w:r w:rsidR="000B24AC" w:rsidRPr="002402D5">
                <w:rPr>
                  <w:rStyle w:val="Hyperlink"/>
                  <w:sz w:val="19"/>
                </w:rPr>
                <w:t>www.britishvaulting.org/rules/</w:t>
              </w:r>
            </w:hyperlink>
            <w:r w:rsidR="000B24AC">
              <w:rPr>
                <w:sz w:val="19"/>
              </w:rPr>
              <w:br/>
            </w:r>
            <w:r w:rsidR="000B24AC" w:rsidRPr="000B24AC">
              <w:rPr>
                <w:sz w:val="19"/>
              </w:rPr>
              <w:t>https://inside.fei.org/fei/disc/vaulting/rules</w:t>
            </w:r>
          </w:p>
          <w:p w14:paraId="26CA98C2" w14:textId="77777777" w:rsidR="000B24AC" w:rsidRPr="000B24AC" w:rsidRDefault="000B24AC">
            <w:pPr>
              <w:rPr>
                <w:color w:val="4F81BD" w:themeColor="accent1"/>
                <w:sz w:val="21"/>
                <w:szCs w:val="21"/>
              </w:rPr>
            </w:pPr>
          </w:p>
          <w:p w14:paraId="7BCB4CAB" w14:textId="61A9F723" w:rsidR="00802C20" w:rsidRPr="000B24AC" w:rsidRDefault="000B24AC">
            <w:pPr>
              <w:rPr>
                <w:b/>
                <w:bCs/>
                <w:color w:val="4F81BD" w:themeColor="accent1"/>
                <w:sz w:val="21"/>
                <w:szCs w:val="21"/>
              </w:rPr>
            </w:pPr>
            <w:r w:rsidRPr="000B24AC">
              <w:rPr>
                <w:b/>
                <w:bCs/>
                <w:color w:val="4F81BD" w:themeColor="accent1"/>
                <w:sz w:val="21"/>
                <w:szCs w:val="21"/>
              </w:rPr>
              <w:t>L</w:t>
            </w:r>
            <w:r>
              <w:rPr>
                <w:b/>
                <w:bCs/>
                <w:color w:val="4F81BD" w:themeColor="accent1"/>
                <w:sz w:val="21"/>
                <w:szCs w:val="21"/>
              </w:rPr>
              <w:t xml:space="preserve">IST </w:t>
            </w:r>
            <w:r w:rsidR="00612FFB">
              <w:rPr>
                <w:b/>
                <w:bCs/>
                <w:color w:val="4F81BD" w:themeColor="accent1"/>
                <w:sz w:val="21"/>
                <w:szCs w:val="21"/>
              </w:rPr>
              <w:t xml:space="preserve">OF </w:t>
            </w:r>
            <w:r w:rsidR="00612FFB" w:rsidRPr="000B24AC">
              <w:rPr>
                <w:b/>
                <w:bCs/>
                <w:color w:val="4F81BD" w:themeColor="accent1"/>
                <w:sz w:val="21"/>
                <w:szCs w:val="21"/>
              </w:rPr>
              <w:t>VAULTING</w:t>
            </w:r>
            <w:r>
              <w:rPr>
                <w:b/>
                <w:bCs/>
                <w:color w:val="4F81BD" w:themeColor="accent1"/>
                <w:sz w:val="21"/>
                <w:szCs w:val="21"/>
              </w:rPr>
              <w:t xml:space="preserve"> KIT SUPPLIERS</w:t>
            </w:r>
          </w:p>
          <w:p w14:paraId="5E047CE2" w14:textId="56DFAAEB" w:rsidR="000B24AC" w:rsidRDefault="000B24AC" w:rsidP="00B15BBB">
            <w:hyperlink r:id="rId14" w:history="1">
              <w:r w:rsidRPr="002402D5">
                <w:rPr>
                  <w:rStyle w:val="Hyperlink"/>
                </w:rPr>
                <w:t>www.sattlerei-meinecke.de</w:t>
              </w:r>
            </w:hyperlink>
            <w:r>
              <w:br/>
            </w:r>
            <w:hyperlink r:id="rId15" w:history="1">
              <w:r w:rsidRPr="002402D5">
                <w:rPr>
                  <w:rStyle w:val="Hyperlink"/>
                </w:rPr>
                <w:t>https://kristensenvaultingsupply.com/</w:t>
              </w:r>
            </w:hyperlink>
            <w:r>
              <w:t xml:space="preserve"> </w:t>
            </w:r>
            <w:r>
              <w:br/>
            </w:r>
            <w:hyperlink r:id="rId16" w:history="1">
              <w:r w:rsidRPr="002402D5">
                <w:rPr>
                  <w:rStyle w:val="Hyperlink"/>
                </w:rPr>
                <w:t>https://www.kramer.co.uk/Themes/Vaulting</w:t>
              </w:r>
            </w:hyperlink>
            <w:r w:rsidR="00B15BBB">
              <w:br/>
            </w:r>
            <w:hyperlink r:id="rId17" w:history="1">
              <w:r w:rsidR="00B15BBB" w:rsidRPr="001D33CE">
                <w:rPr>
                  <w:rStyle w:val="Hyperlink"/>
                </w:rPr>
                <w:t>www.esvario.com</w:t>
              </w:r>
            </w:hyperlink>
            <w:r w:rsidR="00B15BBB">
              <w:t xml:space="preserve"> </w:t>
            </w:r>
          </w:p>
        </w:tc>
      </w:tr>
    </w:tbl>
    <w:p w14:paraId="40DB04C4" w14:textId="1B1003FB" w:rsidR="0018314D" w:rsidRDefault="00612FFB" w:rsidP="00612FFB">
      <w:r>
        <w:br w:type="page"/>
      </w:r>
      <w:r>
        <w:lastRenderedPageBreak/>
        <w:t xml:space="preserve">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02D74BC" wp14:editId="42A6DADB">
            <wp:extent cx="1417320" cy="1044973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29C69" w14:textId="77777777" w:rsidR="0018314D" w:rsidRDefault="00612FFB">
      <w:r>
        <w:rPr>
          <w:b/>
          <w:color w:val="283B8F"/>
          <w:sz w:val="48"/>
        </w:rPr>
        <w:t>The vaulting barrel</w:t>
      </w:r>
    </w:p>
    <w:p w14:paraId="55472D61" w14:textId="77777777" w:rsidR="0018314D" w:rsidRDefault="00612FFB">
      <w:r>
        <w:rPr>
          <w:i/>
          <w:color w:val="666666"/>
        </w:rPr>
        <w:t>Your club's practice horse</w:t>
      </w:r>
    </w:p>
    <w:p w14:paraId="26A4B5C9" w14:textId="77777777" w:rsidR="0018314D" w:rsidRDefault="00612FFB">
      <w:pPr>
        <w:spacing w:after="100"/>
      </w:pPr>
      <w:r>
        <w:rPr>
          <w:color w:val="252525"/>
          <w:sz w:val="20"/>
        </w:rPr>
        <w:t>A barrel can be one of the best investments for a new club. It lets vaulters learn and practise movements away from the horse.</w:t>
      </w:r>
    </w:p>
    <w:p w14:paraId="17DEA7CE" w14:textId="77777777" w:rsidR="0018314D" w:rsidRDefault="00612FFB">
      <w:pPr>
        <w:pStyle w:val="ListBullet"/>
        <w:spacing w:after="40"/>
      </w:pPr>
      <w:r>
        <w:rPr>
          <w:sz w:val="19"/>
        </w:rPr>
        <w:t>Mounts and dismounts</w:t>
      </w:r>
    </w:p>
    <w:p w14:paraId="53D83DC3" w14:textId="77777777" w:rsidR="0018314D" w:rsidRDefault="00612FFB">
      <w:pPr>
        <w:pStyle w:val="ListBullet"/>
        <w:spacing w:after="40"/>
      </w:pPr>
      <w:r>
        <w:rPr>
          <w:sz w:val="19"/>
        </w:rPr>
        <w:t>Basic positions and balance</w:t>
      </w:r>
    </w:p>
    <w:p w14:paraId="29C636F6" w14:textId="77777777" w:rsidR="0018314D" w:rsidRDefault="00612FFB">
      <w:pPr>
        <w:pStyle w:val="ListBullet"/>
        <w:spacing w:after="40"/>
      </w:pPr>
      <w:r>
        <w:rPr>
          <w:sz w:val="19"/>
        </w:rPr>
        <w:t>Compulsory movements</w:t>
      </w:r>
    </w:p>
    <w:p w14:paraId="34373C08" w14:textId="77777777" w:rsidR="0018314D" w:rsidRDefault="00612FFB">
      <w:pPr>
        <w:pStyle w:val="ListBullet"/>
        <w:spacing w:after="40"/>
      </w:pPr>
      <w:r>
        <w:rPr>
          <w:sz w:val="19"/>
        </w:rPr>
        <w:t>Freestyle preparation</w:t>
      </w:r>
    </w:p>
    <w:p w14:paraId="4606CF61" w14:textId="77777777" w:rsidR="0018314D" w:rsidRDefault="00612FFB">
      <w:pPr>
        <w:pStyle w:val="ListBullet"/>
        <w:spacing w:after="40"/>
      </w:pPr>
      <w:r>
        <w:rPr>
          <w:sz w:val="19"/>
        </w:rPr>
        <w:t>Strength and flexibility</w:t>
      </w:r>
    </w:p>
    <w:p w14:paraId="0E4E993A" w14:textId="77777777" w:rsidR="0018314D" w:rsidRDefault="00612FFB">
      <w:pPr>
        <w:pStyle w:val="ListBullet"/>
        <w:spacing w:after="40"/>
      </w:pPr>
      <w:r>
        <w:rPr>
          <w:sz w:val="19"/>
        </w:rPr>
        <w:t>Team exercises and choreography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2FF6F295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590981" w14:textId="77777777" w:rsidR="0018314D" w:rsidRDefault="00612FFB">
            <w:r>
              <w:rPr>
                <w:b/>
                <w:color w:val="283B8F"/>
                <w:sz w:val="21"/>
              </w:rPr>
              <w:t>IMPORTANT</w:t>
            </w:r>
          </w:p>
          <w:p w14:paraId="0ACE85FD" w14:textId="7CF7A9BC" w:rsidR="0018314D" w:rsidRDefault="00612FFB">
            <w:r>
              <w:rPr>
                <w:sz w:val="19"/>
              </w:rPr>
              <w:t xml:space="preserve">A training barrel and a competition-suitable barrel are not necessarily the same. Contact BEV for a construction guide or a list of suppliers. </w:t>
            </w:r>
          </w:p>
        </w:tc>
      </w:tr>
    </w:tbl>
    <w:p w14:paraId="2FC51665" w14:textId="77777777" w:rsidR="0018314D" w:rsidRDefault="0018314D"/>
    <w:p w14:paraId="5BE5DF2F" w14:textId="4D8AC6F1" w:rsidR="0018314D" w:rsidRDefault="00612FFB">
      <w:r>
        <w:rPr>
          <w:b/>
          <w:color w:val="283B8F"/>
          <w:sz w:val="48"/>
        </w:rPr>
        <w:t>Safety, safeguarding &amp; horse welfare</w:t>
      </w:r>
    </w:p>
    <w:p w14:paraId="1CAFFD6C" w14:textId="77777777" w:rsidR="0018314D" w:rsidRDefault="00612FFB">
      <w:r>
        <w:rPr>
          <w:i/>
          <w:color w:val="666666"/>
        </w:rPr>
        <w:t>Build safety into the club from day one</w:t>
      </w:r>
    </w:p>
    <w:p w14:paraId="2699C891" w14:textId="77777777" w:rsidR="0018314D" w:rsidRDefault="00612FFB">
      <w:pPr>
        <w:spacing w:after="100"/>
      </w:pPr>
      <w:r>
        <w:rPr>
          <w:color w:val="252525"/>
          <w:sz w:val="20"/>
        </w:rPr>
        <w:t>A new club should complete appropriate risk assessments and establish clear procedures before regular sessions begin.</w:t>
      </w:r>
    </w:p>
    <w:p w14:paraId="74B01C38" w14:textId="77777777" w:rsidR="0018314D" w:rsidRDefault="00612FFB">
      <w:pPr>
        <w:pStyle w:val="ListBullet"/>
        <w:spacing w:after="40"/>
      </w:pPr>
      <w:r>
        <w:rPr>
          <w:sz w:val="19"/>
        </w:rPr>
        <w:t>Safeguarding arrangements</w:t>
      </w:r>
    </w:p>
    <w:p w14:paraId="23377D5E" w14:textId="77777777" w:rsidR="0018314D" w:rsidRDefault="00612FFB">
      <w:pPr>
        <w:pStyle w:val="ListBullet"/>
        <w:spacing w:after="40"/>
      </w:pPr>
      <w:r>
        <w:rPr>
          <w:sz w:val="19"/>
        </w:rPr>
        <w:t>First-aid provision</w:t>
      </w:r>
    </w:p>
    <w:p w14:paraId="22D13DB7" w14:textId="77777777" w:rsidR="0018314D" w:rsidRDefault="00612FFB">
      <w:pPr>
        <w:pStyle w:val="ListBullet"/>
        <w:spacing w:after="40"/>
      </w:pPr>
      <w:r>
        <w:rPr>
          <w:sz w:val="19"/>
        </w:rPr>
        <w:t>Emergency contacts</w:t>
      </w:r>
    </w:p>
    <w:p w14:paraId="503962A8" w14:textId="77777777" w:rsidR="0018314D" w:rsidRDefault="00612FFB">
      <w:pPr>
        <w:pStyle w:val="ListBullet"/>
        <w:spacing w:after="40"/>
      </w:pPr>
      <w:r>
        <w:rPr>
          <w:sz w:val="19"/>
        </w:rPr>
        <w:t>Risk assessments</w:t>
      </w:r>
    </w:p>
    <w:p w14:paraId="448AA451" w14:textId="77777777" w:rsidR="0018314D" w:rsidRDefault="00612FFB">
      <w:pPr>
        <w:pStyle w:val="ListBullet"/>
        <w:spacing w:after="40"/>
      </w:pPr>
      <w:r>
        <w:rPr>
          <w:sz w:val="19"/>
        </w:rPr>
        <w:t>Clear roles and supervision</w:t>
      </w:r>
    </w:p>
    <w:p w14:paraId="15CE96BD" w14:textId="77777777" w:rsidR="0018314D" w:rsidRDefault="00612FFB">
      <w:pPr>
        <w:pStyle w:val="ListBullet"/>
        <w:spacing w:after="40"/>
      </w:pPr>
      <w:r>
        <w:rPr>
          <w:sz w:val="19"/>
        </w:rPr>
        <w:t>Safe mounting/dismounting</w:t>
      </w:r>
    </w:p>
    <w:p w14:paraId="317985EF" w14:textId="77777777" w:rsidR="0018314D" w:rsidRDefault="00612FFB">
      <w:pPr>
        <w:pStyle w:val="ListBullet"/>
        <w:spacing w:after="40"/>
      </w:pPr>
      <w:r>
        <w:rPr>
          <w:sz w:val="19"/>
        </w:rPr>
        <w:t>Horse welfare plan</w:t>
      </w:r>
    </w:p>
    <w:p w14:paraId="1E140149" w14:textId="77777777" w:rsidR="0018314D" w:rsidRDefault="00612FFB">
      <w:pPr>
        <w:pStyle w:val="ListBullet"/>
        <w:spacing w:after="40"/>
      </w:pPr>
      <w:r>
        <w:rPr>
          <w:sz w:val="19"/>
        </w:rPr>
        <w:t>Progressive training</w:t>
      </w:r>
    </w:p>
    <w:p w14:paraId="008210BC" w14:textId="77777777" w:rsidR="0018314D" w:rsidRDefault="00612FFB">
      <w:pPr>
        <w:pStyle w:val="ListBullet"/>
        <w:spacing w:after="40"/>
      </w:pPr>
      <w:r>
        <w:rPr>
          <w:sz w:val="19"/>
        </w:rPr>
        <w:t>Appropriate workload</w:t>
      </w:r>
    </w:p>
    <w:p w14:paraId="18C8AD27" w14:textId="77777777" w:rsidR="0018314D" w:rsidRDefault="00612FFB">
      <w:pPr>
        <w:pStyle w:val="ListBullet"/>
        <w:spacing w:after="40"/>
      </w:pPr>
      <w:r>
        <w:rPr>
          <w:sz w:val="19"/>
        </w:rPr>
        <w:t>Suitable tack and equipment</w:t>
      </w:r>
    </w:p>
    <w:p w14:paraId="65A77521" w14:textId="77777777" w:rsidR="0018314D" w:rsidRDefault="00612FFB">
      <w:pPr>
        <w:pStyle w:val="ListBullet"/>
        <w:spacing w:after="40"/>
      </w:pPr>
      <w:r>
        <w:rPr>
          <w:sz w:val="19"/>
        </w:rPr>
        <w:t>Regular welfare review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3DDE15B7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454EA9" w14:textId="77777777" w:rsidR="0018314D" w:rsidRDefault="00612FFB">
            <w:r>
              <w:rPr>
                <w:b/>
                <w:color w:val="283B8F"/>
                <w:sz w:val="21"/>
              </w:rPr>
              <w:t>REMEMBER</w:t>
            </w:r>
          </w:p>
          <w:p w14:paraId="51E79F7B" w14:textId="77777777" w:rsidR="0018314D" w:rsidRDefault="00612FFB">
            <w:r>
              <w:rPr>
                <w:sz w:val="19"/>
              </w:rPr>
              <w:t>The horse is a teammate, not a piece of equipment. If something isn't right, stop, assess and seek advice.</w:t>
            </w:r>
          </w:p>
        </w:tc>
      </w:tr>
    </w:tbl>
    <w:p w14:paraId="42710B48" w14:textId="26A4598C" w:rsidR="0018314D" w:rsidRDefault="00612FFB" w:rsidP="00612FFB">
      <w:r>
        <w:br w:type="page"/>
      </w:r>
      <w:r>
        <w:lastRenderedPageBreak/>
        <w:t xml:space="preserve">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CB6F0FA" wp14:editId="593A344A">
            <wp:extent cx="1417320" cy="1044973"/>
            <wp:effectExtent l="0" t="0" r="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A9357" w14:textId="77777777" w:rsidR="0018314D" w:rsidRDefault="00612FFB">
      <w:r>
        <w:rPr>
          <w:b/>
          <w:color w:val="283B8F"/>
          <w:sz w:val="48"/>
        </w:rPr>
        <w:t>Joining BEV</w:t>
      </w:r>
    </w:p>
    <w:p w14:paraId="47831D56" w14:textId="77777777" w:rsidR="0018314D" w:rsidRDefault="00612FFB">
      <w:r>
        <w:rPr>
          <w:i/>
          <w:color w:val="666666"/>
        </w:rPr>
        <w:t>Membership, insurance and registration</w:t>
      </w:r>
    </w:p>
    <w:p w14:paraId="78C94DDA" w14:textId="357ADC76" w:rsidR="00802C20" w:rsidRPr="00802C20" w:rsidRDefault="00802C20">
      <w:pPr>
        <w:spacing w:after="100"/>
        <w:rPr>
          <w:b/>
          <w:bCs/>
          <w:color w:val="252525"/>
          <w:sz w:val="20"/>
        </w:rPr>
      </w:pPr>
      <w:r>
        <w:rPr>
          <w:b/>
          <w:bCs/>
          <w:color w:val="252525"/>
          <w:sz w:val="20"/>
        </w:rPr>
        <w:t xml:space="preserve">ALL VAULTERS, HORSES, COACHES AND GROUPS </w:t>
      </w:r>
      <w:r w:rsidRPr="00802C20">
        <w:rPr>
          <w:b/>
          <w:bCs/>
          <w:color w:val="252525"/>
          <w:sz w:val="20"/>
        </w:rPr>
        <w:t>must</w:t>
      </w:r>
      <w:r w:rsidR="00612FFB" w:rsidRPr="00802C20">
        <w:rPr>
          <w:b/>
          <w:bCs/>
          <w:color w:val="252525"/>
          <w:sz w:val="20"/>
        </w:rPr>
        <w:t xml:space="preserve"> be members </w:t>
      </w:r>
      <w:r w:rsidRPr="00802C20">
        <w:rPr>
          <w:b/>
          <w:bCs/>
          <w:color w:val="252525"/>
          <w:sz w:val="20"/>
        </w:rPr>
        <w:t>to</w:t>
      </w:r>
      <w:r w:rsidR="00612FFB" w:rsidRPr="00802C20">
        <w:rPr>
          <w:b/>
          <w:bCs/>
          <w:color w:val="252525"/>
          <w:sz w:val="20"/>
        </w:rPr>
        <w:t xml:space="preserve"> be covered by </w:t>
      </w:r>
      <w:proofErr w:type="gramStart"/>
      <w:r w:rsidR="00612FFB" w:rsidRPr="00802C20">
        <w:rPr>
          <w:b/>
          <w:bCs/>
          <w:color w:val="252525"/>
          <w:sz w:val="20"/>
        </w:rPr>
        <w:t>its</w:t>
      </w:r>
      <w:proofErr w:type="gramEnd"/>
      <w:r w:rsidR="00612FFB" w:rsidRPr="00802C20">
        <w:rPr>
          <w:b/>
          <w:bCs/>
          <w:color w:val="252525"/>
          <w:sz w:val="20"/>
        </w:rPr>
        <w:t xml:space="preserve"> insurance. </w:t>
      </w:r>
    </w:p>
    <w:p w14:paraId="27FEBA2F" w14:textId="77777777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 xml:space="preserve">Current categories include </w:t>
      </w:r>
    </w:p>
    <w:p w14:paraId="1F68F9A4" w14:textId="77777777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 xml:space="preserve">Adult £50, </w:t>
      </w:r>
    </w:p>
    <w:p w14:paraId="748BC6E8" w14:textId="77777777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>Youth £40,</w:t>
      </w:r>
    </w:p>
    <w:p w14:paraId="7B22C2F8" w14:textId="77777777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 xml:space="preserve"> Group/Club £40 new / £60 existing,</w:t>
      </w:r>
    </w:p>
    <w:p w14:paraId="03347365" w14:textId="77777777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 xml:space="preserve"> Horse £40,</w:t>
      </w:r>
    </w:p>
    <w:p w14:paraId="1DE16521" w14:textId="77777777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 xml:space="preserve"> Associate £30</w:t>
      </w:r>
    </w:p>
    <w:p w14:paraId="7C47E3F5" w14:textId="6B3503B9" w:rsidR="00802C20" w:rsidRDefault="00612FFB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 xml:space="preserve"> Temporary</w:t>
      </w:r>
      <w:r w:rsidR="00802C20">
        <w:rPr>
          <w:color w:val="252525"/>
          <w:sz w:val="20"/>
        </w:rPr>
        <w:t xml:space="preserve"> membership</w:t>
      </w:r>
      <w:r>
        <w:rPr>
          <w:color w:val="252525"/>
          <w:sz w:val="20"/>
        </w:rPr>
        <w:t xml:space="preserve"> </w:t>
      </w:r>
      <w:proofErr w:type="gramStart"/>
      <w:r>
        <w:rPr>
          <w:color w:val="252525"/>
          <w:sz w:val="20"/>
        </w:rPr>
        <w:t>free</w:t>
      </w:r>
      <w:proofErr w:type="gramEnd"/>
      <w:r>
        <w:rPr>
          <w:color w:val="252525"/>
          <w:sz w:val="20"/>
        </w:rPr>
        <w:t xml:space="preserve"> for one trial session. </w:t>
      </w:r>
    </w:p>
    <w:p w14:paraId="61EED212" w14:textId="52EB7CCB" w:rsidR="00802C20" w:rsidRDefault="00802C20">
      <w:pPr>
        <w:spacing w:after="100"/>
        <w:rPr>
          <w:color w:val="252525"/>
          <w:sz w:val="20"/>
        </w:rPr>
      </w:pPr>
      <w:r>
        <w:rPr>
          <w:color w:val="252525"/>
          <w:sz w:val="20"/>
        </w:rPr>
        <w:t>These are yearly memberships</w:t>
      </w:r>
    </w:p>
    <w:p w14:paraId="617822EB" w14:textId="77777777" w:rsidR="00802C20" w:rsidRDefault="00802C20">
      <w:pPr>
        <w:spacing w:after="100"/>
        <w:rPr>
          <w:color w:val="252525"/>
          <w:sz w:val="20"/>
        </w:rPr>
      </w:pPr>
    </w:p>
    <w:p w14:paraId="376EE668" w14:textId="77777777" w:rsidR="00802C20" w:rsidRDefault="00802C20">
      <w:pPr>
        <w:spacing w:after="100"/>
        <w:rPr>
          <w:color w:val="252525"/>
          <w:sz w:val="20"/>
        </w:rPr>
      </w:pPr>
    </w:p>
    <w:p w14:paraId="5D592833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Contact BEV and introduce your new club</w:t>
      </w:r>
    </w:p>
    <w:p w14:paraId="406825C3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Choose the appropriate membership route</w:t>
      </w:r>
    </w:p>
    <w:p w14:paraId="767D7FA1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Register members / horse as required</w:t>
      </w:r>
    </w:p>
    <w:p w14:paraId="479642DE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Check insurance arrangements</w:t>
      </w:r>
    </w:p>
    <w:p w14:paraId="6A901065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Read the current BEV rules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24F48825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D1D30D" w14:textId="77777777" w:rsidR="0018314D" w:rsidRDefault="00612FFB">
            <w:r>
              <w:rPr>
                <w:b/>
                <w:color w:val="283B8F"/>
                <w:sz w:val="21"/>
              </w:rPr>
              <w:t>CURRENT RULES</w:t>
            </w:r>
          </w:p>
          <w:p w14:paraId="139A63D4" w14:textId="5762F9A3" w:rsidR="0018314D" w:rsidRPr="00612FFB" w:rsidRDefault="00612FFB">
            <w:pPr>
              <w:rPr>
                <w:sz w:val="19"/>
              </w:rPr>
            </w:pPr>
            <w:r>
              <w:rPr>
                <w:sz w:val="19"/>
              </w:rPr>
              <w:t>The current 2026 BEV and FEI rules links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hyperlink r:id="rId18" w:history="1">
              <w:r w:rsidRPr="002402D5">
                <w:rPr>
                  <w:rStyle w:val="Hyperlink"/>
                  <w:sz w:val="19"/>
                </w:rPr>
                <w:t>www.britishvaulting.org/rules/</w:t>
              </w:r>
            </w:hyperlink>
            <w:r>
              <w:rPr>
                <w:sz w:val="19"/>
              </w:rPr>
              <w:br/>
            </w:r>
            <w:r w:rsidRPr="000B24AC">
              <w:rPr>
                <w:sz w:val="19"/>
              </w:rPr>
              <w:t>https://inside.fei.org/fei/disc/vaulting/rules</w:t>
            </w:r>
          </w:p>
        </w:tc>
      </w:tr>
    </w:tbl>
    <w:p w14:paraId="5417BBE5" w14:textId="77777777" w:rsidR="0018314D" w:rsidRDefault="0018314D"/>
    <w:p w14:paraId="2D9032D5" w14:textId="77777777" w:rsidR="0018314D" w:rsidRDefault="00612FFB">
      <w:r>
        <w:br w:type="page"/>
      </w:r>
    </w:p>
    <w:p w14:paraId="0FFAEBC6" w14:textId="77777777" w:rsidR="0018314D" w:rsidRDefault="00612FFB">
      <w:pPr>
        <w:jc w:val="right"/>
      </w:pPr>
      <w:r>
        <w:rPr>
          <w:noProof/>
        </w:rPr>
        <w:lastRenderedPageBreak/>
        <w:drawing>
          <wp:inline distT="0" distB="0" distL="0" distR="0" wp14:anchorId="1C3A066F" wp14:editId="35B57074">
            <wp:extent cx="1417320" cy="1044973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7B0DF" w14:textId="36A0E41C" w:rsidR="0018314D" w:rsidRDefault="00612FFB">
      <w:r>
        <w:rPr>
          <w:b/>
          <w:color w:val="283B8F"/>
          <w:sz w:val="48"/>
        </w:rPr>
        <w:t>Your first 90 days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3E088627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8A7072" w14:textId="783185A4" w:rsidR="0018314D" w:rsidRDefault="00612FFB">
            <w:r>
              <w:rPr>
                <w:b/>
                <w:color w:val="283B8F"/>
                <w:sz w:val="21"/>
              </w:rPr>
              <w:t>MONTH 1 • EXPLORE</w:t>
            </w:r>
            <w:r>
              <w:rPr>
                <w:b/>
                <w:color w:val="283B8F"/>
                <w:sz w:val="21"/>
              </w:rPr>
              <w:br/>
            </w:r>
            <w:r>
              <w:rPr>
                <w:sz w:val="19"/>
              </w:rPr>
              <w:t>Contact BEV • Find an experienced coach/mentor • Identify a venue • Identify a potential horse • Talk to an established club • Watch or attend a vaulting session</w:t>
            </w:r>
          </w:p>
        </w:tc>
      </w:tr>
    </w:tbl>
    <w:p w14:paraId="680F5D9B" w14:textId="77777777" w:rsidR="0018314D" w:rsidRDefault="0018314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3197A527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792BF1" w14:textId="34FA9B4D" w:rsidR="0018314D" w:rsidRDefault="00612FFB">
            <w:r>
              <w:rPr>
                <w:b/>
                <w:color w:val="283B8F"/>
                <w:sz w:val="21"/>
              </w:rPr>
              <w:t>MONTH 2 • PREPARE</w:t>
            </w:r>
            <w:r>
              <w:rPr>
                <w:b/>
                <w:color w:val="283B8F"/>
                <w:sz w:val="21"/>
              </w:rPr>
              <w:br/>
            </w:r>
            <w:r>
              <w:rPr>
                <w:sz w:val="19"/>
              </w:rPr>
              <w:t>Horse assessment • Risk assessments • Safeguarding • First aid • Insurance and membership • Basic equipment • Barrel • Coach/lunger training</w:t>
            </w:r>
          </w:p>
        </w:tc>
      </w:tr>
    </w:tbl>
    <w:p w14:paraId="21A79286" w14:textId="77777777" w:rsidR="0018314D" w:rsidRDefault="0018314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12DE0E09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C7037F" w14:textId="5193E243" w:rsidR="0018314D" w:rsidRDefault="00612FFB">
            <w:r>
              <w:rPr>
                <w:b/>
                <w:color w:val="283B8F"/>
                <w:sz w:val="21"/>
              </w:rPr>
              <w:t>MONTH 3 • START</w:t>
            </w:r>
            <w:r>
              <w:rPr>
                <w:b/>
                <w:color w:val="283B8F"/>
                <w:sz w:val="21"/>
              </w:rPr>
              <w:br/>
            </w:r>
            <w:r>
              <w:rPr>
                <w:sz w:val="19"/>
              </w:rPr>
              <w:t>Introductory session • Barrel/gymnastics work • Progressive horse work • Review sessions • Review horse welfare • Build membership • Start CPD • Connect with other BEV clubs</w:t>
            </w:r>
          </w:p>
        </w:tc>
      </w:tr>
    </w:tbl>
    <w:p w14:paraId="606B50F1" w14:textId="1D1FE9FF" w:rsidR="0018314D" w:rsidRDefault="00612FFB">
      <w:r>
        <w:rPr>
          <w:b/>
          <w:color w:val="283B8F"/>
          <w:sz w:val="48"/>
        </w:rPr>
        <w:br/>
        <w:t>How BEV can support your new club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39660CA8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713E0B" w14:textId="63166380" w:rsidR="0018314D" w:rsidRDefault="00612FFB">
            <w:r>
              <w:rPr>
                <w:b/>
                <w:color w:val="283B8F"/>
                <w:sz w:val="21"/>
              </w:rPr>
              <w:t>HORSE ADVICE</w:t>
            </w:r>
            <w:r>
              <w:rPr>
                <w:b/>
                <w:color w:val="283B8F"/>
                <w:sz w:val="21"/>
              </w:rPr>
              <w:br/>
            </w:r>
            <w:r>
              <w:rPr>
                <w:sz w:val="19"/>
              </w:rPr>
              <w:t>Potential horse assessment • Horse suitability • Horse welfare • Training advice</w:t>
            </w:r>
          </w:p>
        </w:tc>
      </w:tr>
    </w:tbl>
    <w:p w14:paraId="1B0048A6" w14:textId="77777777" w:rsidR="0018314D" w:rsidRDefault="0018314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19E4BB11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3D0B3C" w14:textId="790083AE" w:rsidR="0018314D" w:rsidRDefault="00612FFB">
            <w:r>
              <w:rPr>
                <w:b/>
                <w:color w:val="283B8F"/>
                <w:sz w:val="21"/>
              </w:rPr>
              <w:t>COACHING</w:t>
            </w:r>
            <w:r>
              <w:rPr>
                <w:b/>
                <w:color w:val="283B8F"/>
                <w:sz w:val="21"/>
              </w:rPr>
              <w:br/>
            </w:r>
            <w:r>
              <w:rPr>
                <w:sz w:val="19"/>
              </w:rPr>
              <w:t>Experienced coach connections • Coach development • Vaulting-specific training • Lunger training • Training days</w:t>
            </w:r>
          </w:p>
        </w:tc>
      </w:tr>
    </w:tbl>
    <w:p w14:paraId="76E92C7A" w14:textId="77777777" w:rsidR="0018314D" w:rsidRDefault="0018314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3D3066DA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FA7A3D" w14:textId="67E51AC9" w:rsidR="0018314D" w:rsidRDefault="00612FFB">
            <w:r>
              <w:rPr>
                <w:b/>
                <w:color w:val="283B8F"/>
                <w:sz w:val="21"/>
              </w:rPr>
              <w:t>COMMUNITY</w:t>
            </w:r>
            <w:r>
              <w:rPr>
                <w:b/>
                <w:color w:val="283B8F"/>
                <w:sz w:val="21"/>
              </w:rPr>
              <w:br/>
            </w:r>
            <w:r>
              <w:rPr>
                <w:sz w:val="19"/>
              </w:rPr>
              <w:t>Connect with established clubs • Find local opportunities • Work towards BEV competitions • Progress through the sport</w:t>
            </w:r>
          </w:p>
        </w:tc>
      </w:tr>
    </w:tbl>
    <w:p w14:paraId="04E69A3B" w14:textId="77777777" w:rsidR="0018314D" w:rsidRDefault="0018314D"/>
    <w:p w14:paraId="6A96363D" w14:textId="17FB436C" w:rsidR="0018314D" w:rsidRDefault="00612FFB" w:rsidP="00612FFB">
      <w:r>
        <w:br w:type="page"/>
      </w:r>
      <w:r>
        <w:lastRenderedPageBreak/>
        <w:t xml:space="preserve">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3DE7F57" wp14:editId="0C814929">
            <wp:extent cx="1417320" cy="1044973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BBB79" w14:textId="77777777" w:rsidR="0018314D" w:rsidRDefault="00612FFB">
      <w:r>
        <w:rPr>
          <w:b/>
          <w:color w:val="283B8F"/>
          <w:sz w:val="48"/>
        </w:rPr>
        <w:t>Don't worry!</w:t>
      </w:r>
    </w:p>
    <w:p w14:paraId="1A43C75C" w14:textId="77777777" w:rsidR="0018314D" w:rsidRDefault="00612FFB">
      <w:r>
        <w:rPr>
          <w:i/>
          <w:color w:val="666666"/>
        </w:rPr>
        <w:t>You don't need everything on day one.</w:t>
      </w:r>
    </w:p>
    <w:p w14:paraId="3543C2F4" w14:textId="77777777" w:rsidR="0018314D" w:rsidRDefault="00612FFB">
      <w:pPr>
        <w:jc w:val="center"/>
      </w:pPr>
      <w:r>
        <w:rPr>
          <w:b/>
        </w:rPr>
        <w:t>YOU DON'T NEED</w:t>
      </w:r>
    </w:p>
    <w:p w14:paraId="039ADCC4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squad of 20 vaulters</w:t>
      </w:r>
    </w:p>
    <w:p w14:paraId="671401AD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Your own horse</w:t>
      </w:r>
    </w:p>
    <w:p w14:paraId="059125B7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Every piece of equipment</w:t>
      </w:r>
    </w:p>
    <w:p w14:paraId="2C60851E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competition-ready programme</w:t>
      </w:r>
    </w:p>
    <w:p w14:paraId="0DDFAD1D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fully equipped gym</w:t>
      </w:r>
    </w:p>
    <w:p w14:paraId="5900E383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An experienced vaulting team</w:t>
      </w:r>
    </w:p>
    <w:p w14:paraId="1224F85A" w14:textId="77777777" w:rsidR="0018314D" w:rsidRDefault="00612FFB">
      <w:pPr>
        <w:jc w:val="center"/>
      </w:pPr>
      <w:r>
        <w:rPr>
          <w:b/>
        </w:rPr>
        <w:t>YOU DO NEED</w:t>
      </w:r>
    </w:p>
    <w:p w14:paraId="2F584D6B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Enthusiasm</w:t>
      </w:r>
    </w:p>
    <w:p w14:paraId="699EC89A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commitment to horse welfare and participant safety</w:t>
      </w:r>
    </w:p>
    <w:p w14:paraId="0B82A7C5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Appropriate coaching</w:t>
      </w:r>
    </w:p>
    <w:p w14:paraId="2E6AF2A8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suitable training environment</w:t>
      </w:r>
    </w:p>
    <w:p w14:paraId="57EBD273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willingness to learn</w:t>
      </w:r>
    </w:p>
    <w:p w14:paraId="0CF56131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 connection with the BEV community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46281DF2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9E5F5B" w14:textId="77777777" w:rsidR="0018314D" w:rsidRDefault="00612FFB">
            <w:r>
              <w:rPr>
                <w:b/>
                <w:color w:val="283B8F"/>
                <w:sz w:val="21"/>
              </w:rPr>
              <w:t>THE BIG IDEA</w:t>
            </w:r>
          </w:p>
          <w:p w14:paraId="22BCF5A2" w14:textId="77777777" w:rsidR="0018314D" w:rsidRDefault="00612FFB">
            <w:r>
              <w:rPr>
                <w:sz w:val="19"/>
              </w:rPr>
              <w:t>Start small. Ask questions. Get help. Build from there.</w:t>
            </w:r>
          </w:p>
        </w:tc>
      </w:tr>
    </w:tbl>
    <w:p w14:paraId="079A54F8" w14:textId="1D563930" w:rsidR="00802C20" w:rsidRDefault="00612FFB" w:rsidP="00802C20">
      <w:r>
        <w:rPr>
          <w:b/>
          <w:color w:val="283B8F"/>
          <w:sz w:val="48"/>
        </w:rPr>
        <w:br/>
      </w:r>
      <w:r w:rsidR="00802C20">
        <w:rPr>
          <w:b/>
          <w:color w:val="283B8F"/>
          <w:sz w:val="48"/>
        </w:rPr>
        <w:t>Useful BEV links</w:t>
      </w:r>
    </w:p>
    <w:p w14:paraId="46BA7055" w14:textId="77777777" w:rsidR="00802C20" w:rsidRDefault="00802C20" w:rsidP="00802C20">
      <w:r>
        <w:rPr>
          <w:b/>
          <w:color w:val="283B8F"/>
        </w:rPr>
        <w:t xml:space="preserve">BEV </w:t>
      </w:r>
      <w:proofErr w:type="gramStart"/>
      <w:r>
        <w:rPr>
          <w:b/>
          <w:color w:val="283B8F"/>
        </w:rPr>
        <w:t xml:space="preserve">Home  </w:t>
      </w:r>
      <w:r>
        <w:rPr>
          <w:sz w:val="17"/>
        </w:rPr>
        <w:t>https://www.britishvaulting.org/</w:t>
      </w:r>
      <w:proofErr w:type="gramEnd"/>
      <w:r>
        <w:br/>
      </w:r>
      <w:r>
        <w:rPr>
          <w:b/>
          <w:color w:val="283B8F"/>
        </w:rPr>
        <w:t xml:space="preserve">What is </w:t>
      </w:r>
      <w:proofErr w:type="gramStart"/>
      <w:r>
        <w:rPr>
          <w:b/>
          <w:color w:val="283B8F"/>
        </w:rPr>
        <w:t xml:space="preserve">Vaulting  </w:t>
      </w:r>
      <w:r>
        <w:rPr>
          <w:sz w:val="17"/>
        </w:rPr>
        <w:t>https://www.britishvaulting.org/about-vaulting/</w:t>
      </w:r>
      <w:proofErr w:type="gramEnd"/>
      <w:r>
        <w:br/>
      </w:r>
      <w:r>
        <w:rPr>
          <w:b/>
          <w:color w:val="283B8F"/>
        </w:rPr>
        <w:t xml:space="preserve">Find a </w:t>
      </w:r>
      <w:proofErr w:type="gramStart"/>
      <w:r>
        <w:rPr>
          <w:b/>
          <w:color w:val="283B8F"/>
        </w:rPr>
        <w:t xml:space="preserve">Club  </w:t>
      </w:r>
      <w:r>
        <w:rPr>
          <w:sz w:val="17"/>
        </w:rPr>
        <w:t>https://www.britishvaulting.org/clubs/</w:t>
      </w:r>
      <w:proofErr w:type="gramEnd"/>
      <w:r>
        <w:br/>
      </w:r>
      <w:r>
        <w:rPr>
          <w:b/>
          <w:color w:val="283B8F"/>
        </w:rPr>
        <w:t xml:space="preserve">Join as a </w:t>
      </w:r>
      <w:proofErr w:type="gramStart"/>
      <w:r>
        <w:rPr>
          <w:b/>
          <w:color w:val="283B8F"/>
        </w:rPr>
        <w:t xml:space="preserve">Vaulter  </w:t>
      </w:r>
      <w:r>
        <w:rPr>
          <w:sz w:val="17"/>
        </w:rPr>
        <w:t>https://www.britishvaulting.org/join-vaulter/</w:t>
      </w:r>
      <w:proofErr w:type="gramEnd"/>
      <w:r>
        <w:br/>
      </w:r>
      <w:r>
        <w:rPr>
          <w:b/>
          <w:color w:val="283B8F"/>
        </w:rPr>
        <w:t xml:space="preserve">Register a </w:t>
      </w:r>
      <w:proofErr w:type="gramStart"/>
      <w:r>
        <w:rPr>
          <w:b/>
          <w:color w:val="283B8F"/>
        </w:rPr>
        <w:t xml:space="preserve">Horse  </w:t>
      </w:r>
      <w:r>
        <w:rPr>
          <w:sz w:val="17"/>
        </w:rPr>
        <w:t>https://www.britishvaulting.org/join-horse/</w:t>
      </w:r>
      <w:proofErr w:type="gramEnd"/>
      <w:r>
        <w:br/>
      </w:r>
      <w:r>
        <w:rPr>
          <w:b/>
          <w:color w:val="283B8F"/>
        </w:rPr>
        <w:t xml:space="preserve">BEV </w:t>
      </w:r>
      <w:proofErr w:type="gramStart"/>
      <w:r>
        <w:rPr>
          <w:b/>
          <w:color w:val="283B8F"/>
        </w:rPr>
        <w:t xml:space="preserve">Rules  </w:t>
      </w:r>
      <w:r>
        <w:rPr>
          <w:sz w:val="17"/>
        </w:rPr>
        <w:t>https://www.britishvaulting.org/rules/</w:t>
      </w:r>
      <w:proofErr w:type="gramEnd"/>
      <w:r>
        <w:br/>
      </w:r>
      <w:r>
        <w:rPr>
          <w:b/>
          <w:color w:val="283B8F"/>
        </w:rPr>
        <w:t xml:space="preserve">Contact </w:t>
      </w:r>
      <w:proofErr w:type="gramStart"/>
      <w:r>
        <w:rPr>
          <w:b/>
          <w:color w:val="283B8F"/>
        </w:rPr>
        <w:t xml:space="preserve">BEV  </w:t>
      </w:r>
      <w:r>
        <w:rPr>
          <w:sz w:val="17"/>
        </w:rPr>
        <w:t>https://www.britishvaulting.org/contact/</w:t>
      </w:r>
      <w:proofErr w:type="gramEnd"/>
    </w:p>
    <w:p w14:paraId="0C119B71" w14:textId="77777777" w:rsidR="0018314D" w:rsidRDefault="0018314D"/>
    <w:p w14:paraId="33A272A4" w14:textId="7F7F536D" w:rsidR="0018314D" w:rsidRDefault="00612FFB" w:rsidP="00802C20">
      <w:r>
        <w:t xml:space="preserve">                                                                                                                                                                    </w:t>
      </w:r>
      <w:r w:rsidR="00802C20">
        <w:t xml:space="preserve">   </w:t>
      </w:r>
      <w:r>
        <w:rPr>
          <w:noProof/>
        </w:rPr>
        <w:drawing>
          <wp:inline distT="0" distB="0" distL="0" distR="0" wp14:anchorId="46B7F25A" wp14:editId="76A3939C">
            <wp:extent cx="1417320" cy="1044973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04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4DE9B" w14:textId="77777777" w:rsidR="0018314D" w:rsidRDefault="00612FFB">
      <w:r>
        <w:rPr>
          <w:b/>
          <w:color w:val="283B8F"/>
          <w:sz w:val="48"/>
        </w:rPr>
        <w:t>New Club Checklist</w:t>
      </w:r>
    </w:p>
    <w:p w14:paraId="0DACE922" w14:textId="77777777" w:rsidR="0018314D" w:rsidRDefault="00612FFB">
      <w:r>
        <w:rPr>
          <w:i/>
          <w:color w:val="666666"/>
        </w:rPr>
        <w:t>A one-page action list</w:t>
      </w:r>
    </w:p>
    <w:p w14:paraId="3D78648A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Contact BEV</w:t>
      </w:r>
    </w:p>
    <w:p w14:paraId="4EB5DBE5" w14:textId="309C63B1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Identify an experienced coach / mentor</w:t>
      </w:r>
      <w:r w:rsidR="00B15BBB">
        <w:rPr>
          <w:sz w:val="20"/>
        </w:rPr>
        <w:t xml:space="preserve"> and </w:t>
      </w:r>
      <w:r w:rsidR="00B15BBB">
        <w:rPr>
          <w:sz w:val="20"/>
        </w:rPr>
        <w:t>competent lunger</w:t>
      </w:r>
    </w:p>
    <w:p w14:paraId="31C1D142" w14:textId="0BF01244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Ident</w:t>
      </w:r>
      <w:r w:rsidR="00B15BBB">
        <w:rPr>
          <w:sz w:val="20"/>
        </w:rPr>
        <w:t>ify a suitable venue</w:t>
      </w:r>
    </w:p>
    <w:p w14:paraId="7385AE7C" w14:textId="7352D62A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Identify a</w:t>
      </w:r>
      <w:r w:rsidR="00B15BBB">
        <w:rPr>
          <w:sz w:val="20"/>
        </w:rPr>
        <w:t>nd assess a potential horse</w:t>
      </w:r>
    </w:p>
    <w:p w14:paraId="6A83BF42" w14:textId="7F0EA61D" w:rsidR="0018314D" w:rsidRDefault="00612FFB">
      <w:pPr>
        <w:spacing w:after="60"/>
      </w:pPr>
      <w:r>
        <w:rPr>
          <w:b/>
          <w:color w:val="D72C37"/>
        </w:rPr>
        <w:t xml:space="preserve">☐ </w:t>
      </w:r>
      <w:r w:rsidR="00B15BBB">
        <w:rPr>
          <w:sz w:val="20"/>
        </w:rPr>
        <w:t>Create club membership forms and create a club bank account</w:t>
      </w:r>
    </w:p>
    <w:p w14:paraId="5B4D3CB0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Complete risk assessments</w:t>
      </w:r>
    </w:p>
    <w:p w14:paraId="3D1E137D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Put safeguarding and first aid arrangements in place</w:t>
      </w:r>
    </w:p>
    <w:p w14:paraId="45DE7D4C" w14:textId="20C5CD24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Check insurance and</w:t>
      </w:r>
      <w:r w:rsidR="00B15BBB">
        <w:rPr>
          <w:sz w:val="20"/>
        </w:rPr>
        <w:t xml:space="preserve"> BEV</w:t>
      </w:r>
      <w:r>
        <w:rPr>
          <w:sz w:val="20"/>
        </w:rPr>
        <w:t xml:space="preserve"> membership</w:t>
      </w:r>
    </w:p>
    <w:p w14:paraId="0379B31E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Read the current BEV rules</w:t>
      </w:r>
    </w:p>
    <w:p w14:paraId="6ED92597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Arrange basic equipment</w:t>
      </w:r>
    </w:p>
    <w:p w14:paraId="1B840BB1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Obtain or borrow a practice barrel</w:t>
      </w:r>
    </w:p>
    <w:p w14:paraId="33C14644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Plan an introductory session</w:t>
      </w:r>
    </w:p>
    <w:p w14:paraId="18B164B0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Introduce horse work progressively</w:t>
      </w:r>
    </w:p>
    <w:p w14:paraId="68708070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Review horse welfare regularly</w:t>
      </w:r>
    </w:p>
    <w:p w14:paraId="3EFC33FC" w14:textId="77777777" w:rsidR="0018314D" w:rsidRDefault="00612FFB">
      <w:pPr>
        <w:spacing w:after="60"/>
      </w:pPr>
      <w:r>
        <w:rPr>
          <w:b/>
          <w:color w:val="D72C37"/>
        </w:rPr>
        <w:t xml:space="preserve">☐ </w:t>
      </w:r>
      <w:r>
        <w:rPr>
          <w:sz w:val="20"/>
        </w:rPr>
        <w:t>Start a CPD record</w:t>
      </w:r>
    </w:p>
    <w:p w14:paraId="617C8D29" w14:textId="77777777" w:rsidR="00B15BBB" w:rsidRDefault="00612FFB">
      <w:pPr>
        <w:spacing w:after="60"/>
        <w:rPr>
          <w:sz w:val="20"/>
        </w:rPr>
      </w:pPr>
      <w:r>
        <w:rPr>
          <w:b/>
          <w:color w:val="D72C37"/>
        </w:rPr>
        <w:t xml:space="preserve">☐ </w:t>
      </w:r>
      <w:r>
        <w:rPr>
          <w:sz w:val="20"/>
        </w:rPr>
        <w:t>Connect with established BEV clubs</w:t>
      </w:r>
    </w:p>
    <w:p w14:paraId="6C632894" w14:textId="46AFCDF2" w:rsidR="0018314D" w:rsidRDefault="00612FFB">
      <w:pPr>
        <w:spacing w:after="60"/>
      </w:pPr>
      <w:r>
        <w:rPr>
          <w:sz w:val="20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314D" w14:paraId="42DA94A1" w14:textId="77777777">
        <w:trPr>
          <w:jc w:val="center"/>
        </w:trPr>
        <w:tc>
          <w:tcPr>
            <w:tcW w:w="10368" w:type="dxa"/>
            <w:shd w:val="clear" w:color="auto" w:fill="F2F4F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18B465" w14:textId="77777777" w:rsidR="0018314D" w:rsidRDefault="00612FFB">
            <w:r>
              <w:rPr>
                <w:b/>
                <w:color w:val="283B8F"/>
                <w:sz w:val="21"/>
              </w:rPr>
              <w:t>WELCOME TO THE COMMUNITY</w:t>
            </w:r>
          </w:p>
          <w:p w14:paraId="55CD5FA1" w14:textId="77777777" w:rsidR="0018314D" w:rsidRDefault="00612FFB">
            <w:r>
              <w:rPr>
                <w:sz w:val="19"/>
              </w:rPr>
              <w:t>You don't have to have everything worked out before you contact BEV.</w:t>
            </w:r>
          </w:p>
        </w:tc>
      </w:tr>
    </w:tbl>
    <w:p w14:paraId="5684C8F7" w14:textId="77777777" w:rsidR="0018314D" w:rsidRDefault="0018314D"/>
    <w:p w14:paraId="3F1E9BD3" w14:textId="4022A095" w:rsidR="0018314D" w:rsidRDefault="0018314D">
      <w:pPr>
        <w:jc w:val="right"/>
      </w:pPr>
    </w:p>
    <w:p w14:paraId="144CBD4E" w14:textId="77777777" w:rsidR="0018314D" w:rsidRDefault="00612FFB">
      <w:pPr>
        <w:jc w:val="center"/>
      </w:pPr>
      <w:r>
        <w:rPr>
          <w:b/>
          <w:color w:val="283B8F"/>
          <w:sz w:val="36"/>
        </w:rPr>
        <w:t>BRITISH EQUESTRIAN VAULTING</w:t>
      </w:r>
    </w:p>
    <w:p w14:paraId="5F071008" w14:textId="77777777" w:rsidR="0018314D" w:rsidRDefault="00612FFB">
      <w:pPr>
        <w:jc w:val="center"/>
      </w:pPr>
      <w:r>
        <w:rPr>
          <w:sz w:val="20"/>
        </w:rPr>
        <w:t>enquiries@britishvaulting.org  •  www.britishvaulting.org</w:t>
      </w:r>
    </w:p>
    <w:sectPr w:rsidR="0018314D" w:rsidSect="00034616">
      <w:footerReference w:type="default" r:id="rId1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706A6" w14:textId="77777777" w:rsidR="00612FFB" w:rsidRDefault="00612FFB">
      <w:pPr>
        <w:spacing w:after="0" w:line="240" w:lineRule="auto"/>
      </w:pPr>
      <w:r>
        <w:separator/>
      </w:r>
    </w:p>
  </w:endnote>
  <w:endnote w:type="continuationSeparator" w:id="0">
    <w:p w14:paraId="76171F4F" w14:textId="77777777" w:rsidR="00612FFB" w:rsidRDefault="0061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BCB2" w14:textId="77777777" w:rsidR="0018314D" w:rsidRDefault="00612FFB">
    <w:pPr>
      <w:pStyle w:val="Footer"/>
      <w:jc w:val="center"/>
    </w:pPr>
    <w:r>
      <w:rPr>
        <w:color w:val="666666"/>
        <w:sz w:val="16"/>
      </w:rPr>
      <w:t xml:space="preserve">British Equestrian </w:t>
    </w:r>
    <w:proofErr w:type="gramStart"/>
    <w:r>
      <w:rPr>
        <w:color w:val="666666"/>
        <w:sz w:val="16"/>
      </w:rPr>
      <w:t>Vaulting  •</w:t>
    </w:r>
    <w:proofErr w:type="gramEnd"/>
    <w:r>
      <w:rPr>
        <w:color w:val="666666"/>
        <w:sz w:val="16"/>
      </w:rPr>
      <w:t xml:space="preserve">  New Club Starter </w:t>
    </w:r>
    <w:proofErr w:type="gramStart"/>
    <w:r>
      <w:rPr>
        <w:color w:val="666666"/>
        <w:sz w:val="16"/>
      </w:rPr>
      <w:t>Pack  •</w:t>
    </w:r>
    <w:proofErr w:type="gramEnd"/>
    <w:r>
      <w:rPr>
        <w:color w:val="666666"/>
        <w:sz w:val="16"/>
      </w:rPr>
      <w:t xml:space="preserve"> 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3E71" w14:textId="77777777" w:rsidR="00612FFB" w:rsidRDefault="00612FFB">
      <w:pPr>
        <w:spacing w:after="0" w:line="240" w:lineRule="auto"/>
      </w:pPr>
      <w:r>
        <w:separator/>
      </w:r>
    </w:p>
  </w:footnote>
  <w:footnote w:type="continuationSeparator" w:id="0">
    <w:p w14:paraId="7DC494F0" w14:textId="77777777" w:rsidR="00612FFB" w:rsidRDefault="00612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9582195">
    <w:abstractNumId w:val="8"/>
  </w:num>
  <w:num w:numId="2" w16cid:durableId="366681467">
    <w:abstractNumId w:val="6"/>
  </w:num>
  <w:num w:numId="3" w16cid:durableId="2129664857">
    <w:abstractNumId w:val="5"/>
  </w:num>
  <w:num w:numId="4" w16cid:durableId="956788658">
    <w:abstractNumId w:val="4"/>
  </w:num>
  <w:num w:numId="5" w16cid:durableId="1120370667">
    <w:abstractNumId w:val="7"/>
  </w:num>
  <w:num w:numId="6" w16cid:durableId="1285430383">
    <w:abstractNumId w:val="3"/>
  </w:num>
  <w:num w:numId="7" w16cid:durableId="54354931">
    <w:abstractNumId w:val="2"/>
  </w:num>
  <w:num w:numId="8" w16cid:durableId="281497099">
    <w:abstractNumId w:val="1"/>
  </w:num>
  <w:num w:numId="9" w16cid:durableId="101195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6D2"/>
    <w:rsid w:val="0006063C"/>
    <w:rsid w:val="000B24AC"/>
    <w:rsid w:val="0015074B"/>
    <w:rsid w:val="0018314D"/>
    <w:rsid w:val="0029639D"/>
    <w:rsid w:val="00326F90"/>
    <w:rsid w:val="003321D4"/>
    <w:rsid w:val="005F61E2"/>
    <w:rsid w:val="00612FFB"/>
    <w:rsid w:val="00802C20"/>
    <w:rsid w:val="00AA1D8D"/>
    <w:rsid w:val="00B15BB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E56272"/>
  <w14:defaultImageDpi w14:val="300"/>
  <w15:docId w15:val="{D4EFCB24-A44D-451B-B9CA-28740917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F61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britishvaulting.org/rules/" TargetMode="External"/><Relationship Id="rId18" Type="http://schemas.openxmlformats.org/officeDocument/2006/relationships/hyperlink" Target="http://www.britishvaulting.org/rules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fif"/><Relationship Id="rId17" Type="http://schemas.openxmlformats.org/officeDocument/2006/relationships/hyperlink" Target="http://www.esvari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ramer.co.uk/Themes/Vaultin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lygarnvaulters11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ristensenvaultingsupply.com/" TargetMode="External"/><Relationship Id="rId10" Type="http://schemas.openxmlformats.org/officeDocument/2006/relationships/hyperlink" Target="mailto:%20%20-sd_shortland@hotmail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-Info@ridersofthestorm.co.uk" TargetMode="External"/><Relationship Id="rId14" Type="http://schemas.openxmlformats.org/officeDocument/2006/relationships/hyperlink" Target="http://www.sattlerei-meinecke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Kirsty</cp:lastModifiedBy>
  <cp:revision>2</cp:revision>
  <dcterms:created xsi:type="dcterms:W3CDTF">2026-09-29T12:44:00Z</dcterms:created>
  <dcterms:modified xsi:type="dcterms:W3CDTF">2026-09-29T12:44:00Z</dcterms:modified>
  <cp:category/>
</cp:coreProperties>
</file>